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1CC" w:rsidRPr="007651CC" w:rsidRDefault="007651CC" w:rsidP="007651CC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proofErr w:type="gramStart"/>
      <w:r w:rsidRPr="007651C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(Приложение к ООП ООО, </w:t>
      </w:r>
      <w:proofErr w:type="gramEnd"/>
    </w:p>
    <w:p w:rsidR="007651CC" w:rsidRPr="007651CC" w:rsidRDefault="007651CC" w:rsidP="007651CC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proofErr w:type="gramStart"/>
      <w:r w:rsidRPr="007651C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утвержденной</w:t>
      </w:r>
      <w:proofErr w:type="gramEnd"/>
      <w:r w:rsidRPr="007651C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приказом </w:t>
      </w:r>
    </w:p>
    <w:p w:rsidR="007651CC" w:rsidRPr="007651CC" w:rsidRDefault="007651CC" w:rsidP="007651CC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7651C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директора МБОУ</w:t>
      </w:r>
    </w:p>
    <w:p w:rsidR="007651CC" w:rsidRPr="007651CC" w:rsidRDefault="007651CC" w:rsidP="007651CC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7651C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«Петровскозаводская СОШ»</w:t>
      </w:r>
    </w:p>
    <w:p w:rsidR="007651CC" w:rsidRDefault="007651CC" w:rsidP="007651CC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7651C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№ 141-п   от 01 .09.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2022 г.)</w:t>
      </w:r>
      <w:proofErr w:type="gramEnd"/>
    </w:p>
    <w:p w:rsidR="007651CC" w:rsidRDefault="007651CC" w:rsidP="007651CC">
      <w:pPr>
        <w:pStyle w:val="TableParagraph"/>
        <w:jc w:val="right"/>
        <w:rPr>
          <w:bCs/>
          <w:color w:val="000000"/>
          <w:lang w:eastAsia="ru-RU"/>
        </w:rPr>
      </w:pPr>
      <w:r>
        <w:rPr>
          <w:lang w:eastAsia="ru-RU"/>
        </w:rPr>
        <w:t xml:space="preserve">  </w:t>
      </w:r>
    </w:p>
    <w:p w:rsidR="007651CC" w:rsidRDefault="007651CC" w:rsidP="007651CC">
      <w:pPr>
        <w:pStyle w:val="TableParagraph"/>
        <w:rPr>
          <w:bCs/>
          <w:color w:val="000000"/>
          <w:lang w:eastAsia="ru-RU"/>
        </w:rPr>
      </w:pPr>
    </w:p>
    <w:p w:rsidR="007651CC" w:rsidRDefault="007651CC" w:rsidP="007651CC">
      <w:pPr>
        <w:pStyle w:val="TableParagraph"/>
        <w:rPr>
          <w:bCs/>
          <w:color w:val="000000"/>
          <w:lang w:eastAsia="ru-RU"/>
        </w:rPr>
      </w:pPr>
    </w:p>
    <w:p w:rsidR="007651CC" w:rsidRDefault="007651CC" w:rsidP="007651CC">
      <w:pPr>
        <w:pStyle w:val="TableParagraph"/>
        <w:jc w:val="center"/>
        <w:rPr>
          <w:bCs/>
          <w:color w:val="000000"/>
          <w:lang w:eastAsia="ru-RU"/>
        </w:rPr>
      </w:pPr>
    </w:p>
    <w:p w:rsidR="007651CC" w:rsidRDefault="007651CC" w:rsidP="007651CC">
      <w:pPr>
        <w:pStyle w:val="TableParagraph"/>
        <w:jc w:val="center"/>
        <w:rPr>
          <w:lang w:eastAsia="ru-RU"/>
        </w:rPr>
      </w:pPr>
      <w:r>
        <w:rPr>
          <w:bCs/>
          <w:color w:val="000000"/>
          <w:lang w:eastAsia="ru-RU"/>
        </w:rPr>
        <w:t xml:space="preserve">Муниципальное бюджетное общеобразовательное учреждение  </w:t>
      </w:r>
      <w:r>
        <w:rPr>
          <w:bCs/>
          <w:color w:val="000000"/>
          <w:lang w:eastAsia="ru-RU"/>
        </w:rPr>
        <w:br/>
        <w:t xml:space="preserve"> «Петровскозаводская средняя общеобразовательная школа» </w:t>
      </w:r>
      <w:r>
        <w:rPr>
          <w:bCs/>
          <w:color w:val="000000"/>
          <w:lang w:eastAsia="ru-RU"/>
        </w:rPr>
        <w:br/>
        <w:t> Сармановского муниципального района Республики Татарстан</w:t>
      </w: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  <w:color w:val="FF0000"/>
        </w:rPr>
      </w:pPr>
    </w:p>
    <w:p w:rsidR="007651CC" w:rsidRDefault="007651CC" w:rsidP="007651CC">
      <w:pPr>
        <w:pStyle w:val="TableParagraph"/>
        <w:jc w:val="center"/>
        <w:rPr>
          <w:rFonts w:eastAsia="Calibri"/>
        </w:rPr>
      </w:pPr>
      <w:r>
        <w:rPr>
          <w:rFonts w:eastAsia="Calibri"/>
        </w:rPr>
        <w:t>Рабочая программа</w:t>
      </w:r>
    </w:p>
    <w:p w:rsidR="007651CC" w:rsidRDefault="007651CC" w:rsidP="007651CC">
      <w:pPr>
        <w:pStyle w:val="TableParagraph"/>
        <w:jc w:val="center"/>
        <w:rPr>
          <w:rFonts w:eastAsia="Calibri"/>
        </w:rPr>
      </w:pPr>
      <w:r>
        <w:rPr>
          <w:rFonts w:eastAsia="Calibri"/>
        </w:rPr>
        <w:t>по учебному предмету</w:t>
      </w:r>
    </w:p>
    <w:p w:rsidR="007651CC" w:rsidRDefault="007651CC" w:rsidP="007651CC">
      <w:pPr>
        <w:pStyle w:val="TableParagraph"/>
        <w:jc w:val="center"/>
        <w:rPr>
          <w:rFonts w:eastAsia="Calibri"/>
        </w:rPr>
      </w:pPr>
      <w:r>
        <w:rPr>
          <w:rFonts w:eastAsia="Calibri"/>
        </w:rPr>
        <w:t>«</w:t>
      </w:r>
      <w:r>
        <w:rPr>
          <w:rFonts w:eastAsia="Calibri"/>
        </w:rPr>
        <w:t>Ма</w:t>
      </w:r>
      <w:bookmarkStart w:id="0" w:name="_GoBack"/>
      <w:bookmarkEnd w:id="0"/>
      <w:r>
        <w:rPr>
          <w:rFonts w:eastAsia="Calibri"/>
        </w:rPr>
        <w:t>тематика</w:t>
      </w:r>
      <w:r>
        <w:rPr>
          <w:rFonts w:eastAsia="Calibri"/>
        </w:rPr>
        <w:t>»</w:t>
      </w:r>
    </w:p>
    <w:p w:rsidR="007651CC" w:rsidRDefault="007651CC" w:rsidP="007651CC">
      <w:pPr>
        <w:pStyle w:val="TableParagraph"/>
        <w:rPr>
          <w:rFonts w:eastAsia="Calibri"/>
          <w:color w:val="FF0000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  <w:r>
        <w:rPr>
          <w:rFonts w:eastAsia="Calibri"/>
          <w:bCs/>
        </w:rPr>
        <w:t xml:space="preserve">Классы: 5-9 </w:t>
      </w:r>
    </w:p>
    <w:p w:rsidR="007651CC" w:rsidRDefault="007651CC" w:rsidP="007651CC">
      <w:pPr>
        <w:pStyle w:val="TableParagraph"/>
        <w:rPr>
          <w:rFonts w:eastAsia="Calibri"/>
          <w:i/>
        </w:rPr>
      </w:pPr>
      <w:r>
        <w:rPr>
          <w:rFonts w:eastAsia="Calibri"/>
        </w:rPr>
        <w:t xml:space="preserve">Срок реализации: </w:t>
      </w:r>
      <w:r>
        <w:rPr>
          <w:i/>
          <w:color w:val="000000"/>
        </w:rPr>
        <w:t>на период реализации ООП ООО</w:t>
      </w:r>
      <w:r>
        <w:rPr>
          <w:rFonts w:eastAsia="Calibri"/>
          <w:i/>
        </w:rPr>
        <w:t xml:space="preserve">  </w:t>
      </w:r>
    </w:p>
    <w:p w:rsidR="007651CC" w:rsidRDefault="007651CC" w:rsidP="007651CC">
      <w:pPr>
        <w:pStyle w:val="TableParagraph"/>
        <w:rPr>
          <w:rFonts w:eastAsia="Calibri"/>
        </w:rPr>
      </w:pPr>
      <w:r>
        <w:rPr>
          <w:rFonts w:eastAsia="Calibri"/>
        </w:rPr>
        <w:t xml:space="preserve">  </w:t>
      </w: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7651CC" w:rsidRDefault="007651CC" w:rsidP="007651CC">
      <w:pPr>
        <w:pStyle w:val="TableParagraph"/>
        <w:rPr>
          <w:rFonts w:eastAsia="Calibri"/>
        </w:rPr>
      </w:pPr>
    </w:p>
    <w:p w:rsidR="002810CB" w:rsidRPr="007651CC" w:rsidRDefault="007651CC" w:rsidP="007651CC">
      <w:pPr>
        <w:jc w:val="center"/>
        <w:rPr>
          <w:sz w:val="16"/>
          <w:szCs w:val="16"/>
          <w:lang w:val="ru-RU"/>
        </w:rPr>
        <w:sectPr w:rsidR="002810CB" w:rsidRPr="007651CC">
          <w:pgSz w:w="11900" w:h="16840"/>
          <w:pgMar w:top="1440" w:right="1440" w:bottom="1440" w:left="1440" w:header="720" w:footer="720" w:gutter="0"/>
          <w:cols w:space="720" w:equalWidth="0">
            <w:col w:w="10286" w:space="0"/>
          </w:cols>
          <w:docGrid w:linePitch="360"/>
        </w:sectPr>
      </w:pPr>
      <w:r w:rsidRPr="007651CC">
        <w:rPr>
          <w:rFonts w:eastAsia="Calibri"/>
          <w:lang w:val="ru-RU"/>
        </w:rPr>
        <w:t>с. Петровский Завод, 2022 год</w:t>
      </w:r>
    </w:p>
    <w:p w:rsidR="002810CB" w:rsidRPr="00115329" w:rsidRDefault="002810CB">
      <w:pPr>
        <w:autoSpaceDE w:val="0"/>
        <w:autoSpaceDN w:val="0"/>
        <w:spacing w:after="78" w:line="220" w:lineRule="exact"/>
        <w:rPr>
          <w:lang w:val="ru-RU"/>
        </w:rPr>
      </w:pPr>
    </w:p>
    <w:p w:rsidR="002810CB" w:rsidRPr="00687ED1" w:rsidRDefault="009A3733" w:rsidP="00AC7B15">
      <w:pPr>
        <w:autoSpaceDE w:val="0"/>
        <w:autoSpaceDN w:val="0"/>
        <w:spacing w:after="0" w:line="230" w:lineRule="auto"/>
        <w:outlineLvl w:val="0"/>
        <w:rPr>
          <w:lang w:val="ru-RU"/>
        </w:rPr>
      </w:pPr>
      <w:r w:rsidRPr="00687ED1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2810CB" w:rsidRPr="009A3733" w:rsidRDefault="009A3733" w:rsidP="00AC7B15">
      <w:pPr>
        <w:autoSpaceDE w:val="0"/>
        <w:autoSpaceDN w:val="0"/>
        <w:spacing w:before="346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ОБЩАЯ ХАРАКТЕРИСТИКА УЧЕБНОГО ПРЕДМЕТА "МАТЕМАТИКА" </w:t>
      </w:r>
    </w:p>
    <w:p w:rsidR="002810CB" w:rsidRPr="009A3733" w:rsidRDefault="009A3733">
      <w:pPr>
        <w:autoSpaceDE w:val="0"/>
        <w:autoSpaceDN w:val="0"/>
        <w:spacing w:before="166" w:after="0" w:line="288" w:lineRule="auto"/>
        <w:ind w:firstLine="180"/>
        <w:rPr>
          <w:lang w:val="ru-RU"/>
        </w:rPr>
      </w:pP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по математике для обучающихся 5 классов разработана на основе Федерального государственного образовательного стандарта основного общего образования с учётом и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современных мировых требований, предъявляемых к математическому образованию, и традиций российского образования, которые обеспечивают овладение ключевыми компетенциями,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составляющими основу для непрерывного образования и саморазвития, а также целостность общекультурного, личностного и познавательного развития обучающихся.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В рабочей программе учтены идеи и положения Концепции развития математического образования в Российской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Федерации. 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подготовки. Уже в школе математика служит опорным предметом для изучения смежных дисциплин, а после школы реальной необходимостью становится непрерывное образование, что требует полноценной базовой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общеобразовательной подготовки, в том числе и математической.</w:t>
      </w:r>
    </w:p>
    <w:p w:rsidR="002810CB" w:rsidRPr="009A3733" w:rsidRDefault="009A3733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Это обусловлено тем, что в наши дни растёт число профессий, связанных с непосредственным применением математики: и в сфере экономики, и в бизнесе, и в технологических областях, и даже в гуманитарных сферах. Таким образом, круг школьников, для которых математика может стать значимым предметом, расширяется.</w:t>
      </w:r>
    </w:p>
    <w:p w:rsidR="002810CB" w:rsidRPr="009A3733" w:rsidRDefault="009A3733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Практическая полезность математики обусловлена тем, что её предметом являются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фундаментальные структуры нашего мира: пространственные формы и количественные отношения от простейших, усваиваемых в непосредственном опыте, до достаточно сложных, необходимых для развития научных и прикладных идей. Без конкретных математических знаний затруднено понимание принципов устройства и использования современной техники, восприятие и интерпретация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разнообразной социальной, экономической, политической информации, малоэффективна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повседневная практическая деятельность. Каждому человеку в своей жизни приходится выполнять расчёты и составлять алгоритмы, находить и применять формулы, владеть практическими приёмами геометрических измерений и построений, читать информацию, представленную в виде таблиц, диаграмм и графиков, жить в условиях неопределённости и понимать вероятностный характер случайных событий.</w:t>
      </w:r>
    </w:p>
    <w:p w:rsidR="002810CB" w:rsidRPr="009A3733" w:rsidRDefault="009A3733">
      <w:pPr>
        <w:autoSpaceDE w:val="0"/>
        <w:autoSpaceDN w:val="0"/>
        <w:spacing w:before="70" w:after="0" w:line="288" w:lineRule="auto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Одновременно с расширением сфер применения математики в современном обществе всё более важным становится математический стиль мышления, проявляющийся в определённых умственных навыках. В процессе изучения математики в арсенал приёмов и методов мышления человека естественным образом включаются индукция и дедукция, обобщение и конкретизация, анализ и синтез, классификация и систематизация, абстрагирование и аналогия. Объекты математических умозаключений, правила их конструирования раскрывают механизм логических построений, способствуют выработке умения формулировать, обосновывать и доказывать суждения, тем самым развивают логическое мышление. Ведущая роль принадлежит математике и в формировании алгоритмической компоненты мышления и воспитании умений действовать по заданным алгоритмам, совершенствовать известные и конструировать новые. В процессе решения задач — основой учебной деятельности на уроках математики — развиваются также творческая и прикладная стороны мышления.</w:t>
      </w:r>
    </w:p>
    <w:p w:rsidR="002810CB" w:rsidRPr="009A3733" w:rsidRDefault="009A3733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Обучение математике даёт возможность развивать у обучающихся точную, рациональную и информативную речь, умение отбирать наиболее подходящие языковые, символические, графические средства для выражения суждений и наглядного их представления.</w:t>
      </w:r>
      <w:proofErr w:type="gramEnd"/>
    </w:p>
    <w:p w:rsidR="002810CB" w:rsidRPr="009A3733" w:rsidRDefault="009A3733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Необходимым компонентом общей культуры в современном толковании является общее знакомство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298" w:right="650" w:bottom="4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66" w:line="220" w:lineRule="exact"/>
        <w:rPr>
          <w:lang w:val="ru-RU"/>
        </w:rPr>
      </w:pPr>
    </w:p>
    <w:p w:rsidR="002810CB" w:rsidRPr="009A3733" w:rsidRDefault="009A3733">
      <w:pPr>
        <w:autoSpaceDE w:val="0"/>
        <w:autoSpaceDN w:val="0"/>
        <w:spacing w:after="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 методами познания действительности, представление о предмете и методах математики, их отличий от методов других естественных и гуманитарных наук, об особенностях применения математики для решения научных и прикладных задач. Таким образом, математическое образование вносит свой вклад в формирование общей культуры человека.</w:t>
      </w:r>
    </w:p>
    <w:p w:rsidR="002810CB" w:rsidRPr="009A3733" w:rsidRDefault="009A3733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Изучение математики также способствует эстетическому воспитанию человека, пониманию красоты и изящества математических рассуждений, восприятию геометрических форм, усвоению идеи симметрии.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КУРСА</w:t>
      </w:r>
    </w:p>
    <w:p w:rsidR="002810CB" w:rsidRPr="009A3733" w:rsidRDefault="009A3733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Приоритетными целями обучения математике в 5 классе являются:</w:t>
      </w:r>
    </w:p>
    <w:p w:rsidR="002810CB" w:rsidRPr="009A3733" w:rsidRDefault="009A3733">
      <w:pPr>
        <w:autoSpaceDE w:val="0"/>
        <w:autoSpaceDN w:val="0"/>
        <w:spacing w:before="180" w:after="0" w:line="271" w:lineRule="auto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продолжение формирования основных математических понятий (число, величина,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геометрическая фигура), обеспечивающих преемственность и перспективность математического образования обучающихся;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подведение обучающихся на доступном для них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уровне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к осознанию взаимосвязи математики и окружающего мира; </w:t>
      </w:r>
    </w:p>
    <w:p w:rsidR="002810CB" w:rsidRPr="009A3733" w:rsidRDefault="009A3733">
      <w:pPr>
        <w:autoSpaceDE w:val="0"/>
        <w:autoSpaceDN w:val="0"/>
        <w:spacing w:before="190" w:after="0"/>
        <w:ind w:left="420" w:right="432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2810CB" w:rsidRPr="009A3733" w:rsidRDefault="009A3733">
      <w:pPr>
        <w:autoSpaceDE w:val="0"/>
        <w:autoSpaceDN w:val="0"/>
        <w:spacing w:before="178" w:after="0"/>
        <w:ind w:right="432"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Основные линии содержания курса математики в 5 классе —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происходит знакомство с элементами алгебры и описательной статистики.</w:t>
      </w:r>
    </w:p>
    <w:p w:rsidR="002810CB" w:rsidRPr="009A3733" w:rsidRDefault="009A3733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арифметического материала начинается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со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систематизации и развития знаний о натуральных числах, полученных в начальной школе.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вычислений. </w:t>
      </w:r>
    </w:p>
    <w:p w:rsidR="002810CB" w:rsidRPr="009A3733" w:rsidRDefault="009A3733">
      <w:pPr>
        <w:autoSpaceDE w:val="0"/>
        <w:autoSpaceDN w:val="0"/>
        <w:spacing w:before="72" w:after="0" w:line="286" w:lineRule="auto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Другой крупный блок в содержании арифметической линии — это дроби. 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обыкновенных дробей в полном объёме предшествует изучению десятичных дробей, что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целесообразно с точки зрения логики изложения числовой линии, когда правила действий с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</w:t>
      </w:r>
    </w:p>
    <w:p w:rsidR="002810CB" w:rsidRPr="009A3733" w:rsidRDefault="009A3733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При обучении решению текстовых задач в 5 классе используются арифметические приёмы решения.</w:t>
      </w:r>
    </w:p>
    <w:p w:rsidR="002810CB" w:rsidRPr="009A3733" w:rsidRDefault="009A3733">
      <w:pPr>
        <w:autoSpaceDE w:val="0"/>
        <w:autoSpaceDN w:val="0"/>
        <w:spacing w:before="70" w:after="0" w:line="281" w:lineRule="auto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Текстовые задачи, решаемые при отработке вычислительных навыков в 5 классе, рассматриваются задачи следующих видов: задачи на движение, на части, на покупки, на работу и производительность, на проценты, на отношения и пропорции. Кроме того,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286" w:right="666" w:bottom="342" w:left="666" w:header="720" w:footer="720" w:gutter="0"/>
          <w:cols w:space="720" w:equalWidth="0">
            <w:col w:w="10568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78" w:line="220" w:lineRule="exact"/>
        <w:rPr>
          <w:lang w:val="ru-RU"/>
        </w:rPr>
      </w:pPr>
    </w:p>
    <w:p w:rsidR="002810CB" w:rsidRPr="009A3733" w:rsidRDefault="009A3733">
      <w:pPr>
        <w:autoSpaceDE w:val="0"/>
        <w:autoSpaceDN w:val="0"/>
        <w:spacing w:after="0" w:line="281" w:lineRule="auto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Примерной рабочей программе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используется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2810CB" w:rsidRPr="009A3733" w:rsidRDefault="009A3733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В курсе «Математики» 5 класса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обучающихся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нелинованной и клетчатой бумаге, рассматривают их простейшие свойства. В процессе изучения наглядной геометрии знания, полученные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обучающимися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в начальной школе, систематизируются и расширяются.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КУРСА В УЧЕБНОМ ПЛАНЕ</w:t>
      </w:r>
    </w:p>
    <w:p w:rsidR="002810CB" w:rsidRPr="009A3733" w:rsidRDefault="009A3733">
      <w:pPr>
        <w:autoSpaceDE w:val="0"/>
        <w:autoSpaceDN w:val="0"/>
        <w:spacing w:before="166" w:after="0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Согласно учебному плану в 5 классе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алгебры. Учебный план на изучение математики в 5 классе отводит не менее 5 уч</w:t>
      </w:r>
      <w:r w:rsidR="00222A22">
        <w:rPr>
          <w:rFonts w:ascii="Times New Roman" w:eastAsia="Times New Roman" w:hAnsi="Times New Roman"/>
          <w:color w:val="000000"/>
          <w:sz w:val="24"/>
          <w:lang w:val="ru-RU"/>
        </w:rPr>
        <w:t>ебных часов в неделю, всего  204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учебных часов.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298" w:right="796" w:bottom="1440" w:left="666" w:header="720" w:footer="720" w:gutter="0"/>
          <w:cols w:space="720" w:equalWidth="0">
            <w:col w:w="10438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216" w:line="220" w:lineRule="exact"/>
        <w:rPr>
          <w:lang w:val="ru-RU"/>
        </w:rPr>
      </w:pPr>
    </w:p>
    <w:p w:rsidR="002810CB" w:rsidRPr="009A3733" w:rsidRDefault="009A3733" w:rsidP="00AC7B15">
      <w:pPr>
        <w:autoSpaceDE w:val="0"/>
        <w:autoSpaceDN w:val="0"/>
        <w:spacing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СОДЕРЖАНИЕ УЧЕБНОГО КУРСА "МАТЕМАТИКА"</w:t>
      </w:r>
    </w:p>
    <w:p w:rsidR="002810CB" w:rsidRPr="009A3733" w:rsidRDefault="009A3733" w:rsidP="00AC7B15">
      <w:pPr>
        <w:autoSpaceDE w:val="0"/>
        <w:autoSpaceDN w:val="0"/>
        <w:spacing w:before="346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Натуральные числа и нуль</w:t>
      </w:r>
    </w:p>
    <w:p w:rsidR="002810CB" w:rsidRPr="009A3733" w:rsidRDefault="009A3733">
      <w:pPr>
        <w:autoSpaceDE w:val="0"/>
        <w:autoSpaceDN w:val="0"/>
        <w:spacing w:before="166" w:after="0" w:line="281" w:lineRule="auto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Натуральное число. Ряд натуральных чисел. Число 0. Изображение натуральных чисел точками на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координатной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(числовой) прямой. Позиционная система счисления. Римская нумерация как пример непозиционной системы счисления. Десятичная система счисления. Сравнение натуральных чисел, сравнение натуральных чисел с нулём. Способы сравнения. Округление натуральных чисел. Сложение натуральных чисел; свойство нуля при сложении. Вычитание как действие, обратное сложению.</w:t>
      </w:r>
    </w:p>
    <w:p w:rsidR="002810CB" w:rsidRPr="009A3733" w:rsidRDefault="009A3733">
      <w:pPr>
        <w:autoSpaceDE w:val="0"/>
        <w:autoSpaceDN w:val="0"/>
        <w:spacing w:before="70" w:after="0" w:line="283" w:lineRule="auto"/>
        <w:ind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Умножение натуральных чисел; свойства нуля и единицы при умножении. Деление как действие, обратное умножению. Компоненты действий, связь между ними. Проверка результата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арифметического действия. Переместительное и сочетательное свойства (законы) сложения и умножения, распределительное свойство (закон) умножения. Использование букв для обозначения неизвестного компонента и записи свойств арифметических действий. Делители и кратные числа, разложение на множители. Простые и составные числа. Признаки делимости на 2, 5, 10, 3, 9. Деление с остатком. Степень с натуральным показателем. Запись числа в виде суммы разрядных слагаемых.</w:t>
      </w:r>
    </w:p>
    <w:p w:rsidR="002810CB" w:rsidRPr="009A3733" w:rsidRDefault="009A3733">
      <w:pPr>
        <w:autoSpaceDE w:val="0"/>
        <w:autoSpaceDN w:val="0"/>
        <w:spacing w:before="70" w:after="0" w:line="230" w:lineRule="auto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Числовое выражение. Вычисление значений числовых выражений; порядок выполнения действий.</w:t>
      </w:r>
    </w:p>
    <w:p w:rsidR="002810CB" w:rsidRPr="009A3733" w:rsidRDefault="009A3733">
      <w:pPr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Дроби</w:t>
      </w:r>
    </w:p>
    <w:p w:rsidR="002810CB" w:rsidRPr="009A3733" w:rsidRDefault="009A3733">
      <w:pPr>
        <w:autoSpaceDE w:val="0"/>
        <w:autoSpaceDN w:val="0"/>
        <w:spacing w:before="166" w:after="0" w:line="286" w:lineRule="auto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дробь;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числовой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прямой. Основное свойство дроби. Сокращение дробей. Приведение дроби к новому знаменателю. Сравнение дробей. Сложение и вычитание дробей. Умножение и деление дробей; взаимно-обратные дроби. Нахождение части целого и целого по его части. 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числовой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прямой. Сравнение десятичных дробей. Арифметические действия с десятичными дробями. Округление десятичных дробей.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Решение текстовых задач</w:t>
      </w:r>
    </w:p>
    <w:p w:rsidR="002810CB" w:rsidRPr="009A3733" w:rsidRDefault="009A3733">
      <w:pPr>
        <w:autoSpaceDE w:val="0"/>
        <w:autoSpaceDN w:val="0"/>
        <w:spacing w:before="168" w:after="0"/>
        <w:ind w:right="432"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Решение задач, содержащих зависимости, связывающие величины: скорость, время, расстояние; цена, количество, стоимость.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Единицы измерения: массы, объёма, цены; расстояния, времени, скорости.</w:t>
      </w:r>
    </w:p>
    <w:p w:rsidR="002810CB" w:rsidRPr="009A3733" w:rsidRDefault="009A3733">
      <w:pPr>
        <w:autoSpaceDE w:val="0"/>
        <w:autoSpaceDN w:val="0"/>
        <w:spacing w:before="70" w:after="0" w:line="262" w:lineRule="auto"/>
        <w:ind w:right="1296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Связь между единицами измерения каждой величины. Решение основных задач на дроби. Представление данных в виде таблиц, столбчатых диаграмм.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Наглядная геометрия</w:t>
      </w:r>
    </w:p>
    <w:p w:rsidR="002810CB" w:rsidRPr="009A3733" w:rsidRDefault="009A3733">
      <w:pPr>
        <w:autoSpaceDE w:val="0"/>
        <w:autoSpaceDN w:val="0"/>
        <w:spacing w:before="166" w:after="0" w:line="283" w:lineRule="auto"/>
        <w:ind w:right="144" w:firstLine="180"/>
        <w:rPr>
          <w:lang w:val="ru-RU"/>
        </w:rPr>
      </w:pP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Угол. Прямой, острый, тупой и развёрнутый углы. Длина отрезка, метрические единицы длины. Длина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ломаной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, периметр многоугольника. Измерение и построение углов с помощью транспортира. Наглядные представления о фигурах на плоскости: многоугольник; прямоугольник, квадрат; треугольник, о равенстве фигур. 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ств ст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орон и углов прямоугольника, квадрата. Площадь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436" w:right="622" w:bottom="342" w:left="666" w:header="720" w:footer="720" w:gutter="0"/>
          <w:cols w:space="720" w:equalWidth="0">
            <w:col w:w="10612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66" w:line="220" w:lineRule="exact"/>
        <w:rPr>
          <w:lang w:val="ru-RU"/>
        </w:rPr>
      </w:pPr>
    </w:p>
    <w:p w:rsidR="002810CB" w:rsidRPr="009A3733" w:rsidRDefault="009A3733">
      <w:pPr>
        <w:autoSpaceDE w:val="0"/>
        <w:autoSpaceDN w:val="0"/>
        <w:spacing w:after="0" w:line="281" w:lineRule="auto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прямоугольника и многоугольников, составленных из прямоугольников, в том числе фигур, изображённых на клетчатой бумаге. Единицы измерения площади. 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др.). Объём прямоугольного параллелепипеда, куба. Единицы измерения объёма.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286" w:right="814" w:bottom="1440" w:left="666" w:header="720" w:footer="720" w:gutter="0"/>
          <w:cols w:space="720" w:equalWidth="0">
            <w:col w:w="10420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78" w:line="220" w:lineRule="exact"/>
        <w:rPr>
          <w:lang w:val="ru-RU"/>
        </w:rPr>
      </w:pPr>
    </w:p>
    <w:p w:rsidR="002810CB" w:rsidRPr="009A3733" w:rsidRDefault="009A3733" w:rsidP="00AC7B15">
      <w:pPr>
        <w:autoSpaceDE w:val="0"/>
        <w:autoSpaceDN w:val="0"/>
        <w:spacing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ПЛАНИРУЕМЫЕ ОБРАЗОВАТЕЛЬНЫЕ РЕЗУЛЬТАТЫ </w:t>
      </w:r>
    </w:p>
    <w:p w:rsidR="002810CB" w:rsidRPr="009A3733" w:rsidRDefault="009A3733" w:rsidP="00AC7B15">
      <w:pPr>
        <w:autoSpaceDE w:val="0"/>
        <w:autoSpaceDN w:val="0"/>
        <w:spacing w:before="346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166" w:after="0" w:line="281" w:lineRule="auto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освоения программы учебного предмета «Математика» характеризуются: </w:t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Патриотическое воспитание: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83" w:lineRule="auto"/>
        <w:ind w:right="288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Гражданское и духовно-нравственное воспитание: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(выборы, опросы и пр.);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81" w:lineRule="auto"/>
        <w:ind w:right="288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Трудовое воспитание: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умений; осознанным выбором и построением индивидуальной траектории образования и жизненных планов с учётом личных интересов и общественных потребностей.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71" w:lineRule="auto"/>
        <w:ind w:right="432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Эстетическое воспитание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рассуждений; умению видеть математические закономерности в искусстве.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81" w:lineRule="auto"/>
        <w:ind w:right="432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Ценности научного познания: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овладением простейшими навыками исследовательской деятельности.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Физическое воспитание, формирование культуры здоровья и эмоционального благополучия: </w:t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активность); </w:t>
      </w:r>
      <w:proofErr w:type="spell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сформированностью</w:t>
      </w:r>
      <w:proofErr w:type="spell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навыка рефлексии, признанием своего права на ошибку и такого же права другого человека.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/>
        <w:ind w:right="144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Экологическое воспитание: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среды; осознанием глобального характера экологических проблем и путей их решения.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9A3733">
        <w:rPr>
          <w:lang w:val="ru-RU"/>
        </w:rPr>
        <w:tab/>
      </w:r>
      <w:proofErr w:type="gramStart"/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A3733">
        <w:rPr>
          <w:lang w:val="ru-RU"/>
        </w:rPr>
        <w:br/>
      </w: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298" w:right="650" w:bottom="4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78" w:line="220" w:lineRule="exact"/>
        <w:rPr>
          <w:lang w:val="ru-RU"/>
        </w:rPr>
      </w:pPr>
    </w:p>
    <w:p w:rsidR="002810CB" w:rsidRPr="009A3733" w:rsidRDefault="009A3733">
      <w:pPr>
        <w:autoSpaceDE w:val="0"/>
        <w:autoSpaceDN w:val="0"/>
        <w:spacing w:after="0" w:line="271" w:lineRule="auto"/>
        <w:ind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2810CB" w:rsidRPr="009A3733" w:rsidRDefault="009A3733">
      <w:pPr>
        <w:autoSpaceDE w:val="0"/>
        <w:autoSpaceDN w:val="0"/>
        <w:spacing w:before="166" w:after="0" w:line="271" w:lineRule="auto"/>
        <w:ind w:right="720" w:firstLine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Метапредметные результаты освоения программы учебного предмета «Математика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»х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арактеризуются овладением </w:t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универсальными </w:t>
      </w:r>
      <w:r w:rsidRPr="009A373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познавательными </w:t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действиями, универсальными </w:t>
      </w:r>
      <w:r w:rsidRPr="009A373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коммуникативными </w:t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действиями и универсальными </w:t>
      </w:r>
      <w:r w:rsidRPr="009A373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регулятивными </w:t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>действиями.</w:t>
      </w:r>
    </w:p>
    <w:p w:rsidR="002810CB" w:rsidRPr="009A3733" w:rsidRDefault="009A3733">
      <w:pPr>
        <w:autoSpaceDE w:val="0"/>
        <w:autoSpaceDN w:val="0"/>
        <w:spacing w:before="190" w:after="0" w:line="271" w:lineRule="auto"/>
        <w:ind w:right="288" w:firstLine="180"/>
        <w:rPr>
          <w:lang w:val="ru-RU"/>
        </w:rPr>
      </w:pP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1) Универсальные </w:t>
      </w:r>
      <w:r w:rsidRPr="009A373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познавательные </w:t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>действия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информацией).</w:t>
      </w:r>
    </w:p>
    <w:p w:rsidR="002810CB" w:rsidRPr="009A3733" w:rsidRDefault="009A3733" w:rsidP="00AC7B15">
      <w:pPr>
        <w:autoSpaceDE w:val="0"/>
        <w:autoSpaceDN w:val="0"/>
        <w:spacing w:before="192" w:after="0" w:line="230" w:lineRule="auto"/>
        <w:ind w:left="180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Базовые логические действия:</w:t>
      </w:r>
    </w:p>
    <w:p w:rsidR="002810CB" w:rsidRPr="009A3733" w:rsidRDefault="009A3733">
      <w:pPr>
        <w:autoSpaceDE w:val="0"/>
        <w:autoSpaceDN w:val="0"/>
        <w:spacing w:before="178" w:after="0" w:line="262" w:lineRule="auto"/>
        <w:ind w:left="420" w:right="576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выявлять и характеризовать существенные признаки математических объектов, понятий, отношений между понятиями;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158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воспринимать, формулировать и преобразовывать суждения: утвердительные и отрицательные, единичные, частные и общие;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условные; выявлять математические закономерности, взаимосвязи и противоречия в фактах, данных, наблюдениях и утверждениях; </w:t>
      </w:r>
    </w:p>
    <w:p w:rsidR="002810CB" w:rsidRPr="009A3733" w:rsidRDefault="009A3733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предлагать критерии для выявления закономерностей и противоречий;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158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делать выводы с использованием законов логики, дедуктивных и индуктивных умозаключений, умозаключений по аналогии; </w:t>
      </w:r>
    </w:p>
    <w:p w:rsidR="002810CB" w:rsidRPr="009A3733" w:rsidRDefault="009A3733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контрпримеры</w:t>
      </w:r>
      <w:proofErr w:type="spell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</w:p>
    <w:p w:rsidR="002810CB" w:rsidRPr="009A3733" w:rsidRDefault="009A3733">
      <w:pPr>
        <w:autoSpaceDE w:val="0"/>
        <w:autoSpaceDN w:val="0"/>
        <w:spacing w:before="190" w:after="0" w:line="271" w:lineRule="auto"/>
        <w:ind w:left="420" w:right="1152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собственные рассуждения;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810CB" w:rsidRPr="009A3733" w:rsidRDefault="009A3733" w:rsidP="00AC7B15">
      <w:pPr>
        <w:autoSpaceDE w:val="0"/>
        <w:autoSpaceDN w:val="0"/>
        <w:spacing w:before="180" w:after="0" w:line="230" w:lineRule="auto"/>
        <w:ind w:left="180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Базовые исследовательские действия:</w:t>
      </w:r>
    </w:p>
    <w:p w:rsidR="002810CB" w:rsidRPr="009A3733" w:rsidRDefault="009A3733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вопросы как исследовательский инструмент познания;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1296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формулировать вопросы, фиксирующие противоречие, проблему, самостоятельно устанавливать искомое и данное, формировать гипотезу, </w:t>
      </w:r>
    </w:p>
    <w:p w:rsidR="002810CB" w:rsidRPr="009A3733" w:rsidRDefault="009A3733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аргументировать свою позицию, мнение;</w:t>
      </w:r>
    </w:p>
    <w:p w:rsidR="002810CB" w:rsidRPr="009A3733" w:rsidRDefault="009A3733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 </w:t>
      </w:r>
    </w:p>
    <w:p w:rsidR="002810CB" w:rsidRPr="009A3733" w:rsidRDefault="009A3733">
      <w:pPr>
        <w:autoSpaceDE w:val="0"/>
        <w:autoSpaceDN w:val="0"/>
        <w:spacing w:before="190" w:after="0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 прогнозировать возможное развитие процесса, а также выдвигать предположения о его развитии в новых условиях.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298" w:right="668" w:bottom="348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78" w:line="220" w:lineRule="exact"/>
        <w:rPr>
          <w:lang w:val="ru-RU"/>
        </w:rPr>
      </w:pPr>
    </w:p>
    <w:p w:rsidR="002810CB" w:rsidRPr="009A3733" w:rsidRDefault="009A3733" w:rsidP="00AC7B15">
      <w:pPr>
        <w:autoSpaceDE w:val="0"/>
        <w:autoSpaceDN w:val="0"/>
        <w:spacing w:after="0" w:line="230" w:lineRule="auto"/>
        <w:ind w:left="180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Работа с информацией:</w:t>
      </w:r>
    </w:p>
    <w:p w:rsidR="002810CB" w:rsidRPr="009A3733" w:rsidRDefault="009A3733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выявлять недостаточность и избыточность информации, данных, необходимых для решения задачи;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выбирать, анализировать, систематизировать и интерпретировать информацию различных видов и форм представления;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выбирать форму представления информации и иллюстрировать решаемые задачи схемами, диаграммами, иной графикой и их комбинациями;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1296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оценивать надёжность информации по критериям, предложенным учителем или сформулированным самостоятельно.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180" w:after="0" w:line="262" w:lineRule="auto"/>
        <w:ind w:right="288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2)  Универсальные </w:t>
      </w:r>
      <w:r w:rsidRPr="009A373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коммуникативные </w:t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>действия обеспечивают сформированность социальных навыков обучающихся.</w:t>
      </w:r>
    </w:p>
    <w:p w:rsidR="002810CB" w:rsidRPr="009A3733" w:rsidRDefault="009A3733" w:rsidP="00AC7B15">
      <w:pPr>
        <w:autoSpaceDE w:val="0"/>
        <w:autoSpaceDN w:val="0"/>
        <w:spacing w:before="190" w:after="0" w:line="230" w:lineRule="auto"/>
        <w:ind w:left="180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Общение:</w:t>
      </w:r>
    </w:p>
    <w:p w:rsidR="002810CB" w:rsidRPr="009A3733" w:rsidRDefault="009A3733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воспринимать и формулировать суждения в соответствии с условиями и целями общения; </w:t>
      </w:r>
    </w:p>
    <w:p w:rsidR="002810CB" w:rsidRPr="009A3733" w:rsidRDefault="009A3733">
      <w:pPr>
        <w:autoSpaceDE w:val="0"/>
        <w:autoSpaceDN w:val="0"/>
        <w:spacing w:before="190" w:after="0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в ходе обсуждения задавать вопросы по существу обсуждаемой темы, проблемы, решаемой задачи, высказывать идеи, нацеленные на поиск решения;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сопоставлять свои суждения с суждениями других участников диалога, обнаруживать различие и сходство позиций; </w:t>
      </w:r>
    </w:p>
    <w:p w:rsidR="002810CB" w:rsidRPr="009A3733" w:rsidRDefault="009A3733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 корректной форме формулировать разногласия, свои возражения; </w:t>
      </w:r>
    </w:p>
    <w:p w:rsidR="002810CB" w:rsidRPr="009A3733" w:rsidRDefault="009A3733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представлять результаты решения задачи, эксперимента, исследования, проекта;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самостоятельно выбирать формат выступления с учётом задач презентации и особенностей аудитории.</w:t>
      </w:r>
    </w:p>
    <w:p w:rsidR="002810CB" w:rsidRPr="009A3733" w:rsidRDefault="009A3733" w:rsidP="00AC7B15">
      <w:pPr>
        <w:autoSpaceDE w:val="0"/>
        <w:autoSpaceDN w:val="0"/>
        <w:spacing w:before="178" w:after="0" w:line="230" w:lineRule="auto"/>
        <w:ind w:left="180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Сотрудничество:</w:t>
      </w:r>
    </w:p>
    <w:p w:rsidR="002810CB" w:rsidRPr="009A3733" w:rsidRDefault="009A3733">
      <w:pPr>
        <w:autoSpaceDE w:val="0"/>
        <w:autoSpaceDN w:val="0"/>
        <w:spacing w:before="178" w:after="0" w:line="262" w:lineRule="auto"/>
        <w:ind w:left="420" w:right="144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и использовать преимущества командной и индивидуальной работы при решении учебных математических задач; </w:t>
      </w:r>
    </w:p>
    <w:p w:rsidR="002810CB" w:rsidRPr="009A3733" w:rsidRDefault="009A3733">
      <w:pPr>
        <w:autoSpaceDE w:val="0"/>
        <w:autoSpaceDN w:val="0"/>
        <w:spacing w:before="192" w:after="0" w:line="262" w:lineRule="auto"/>
        <w:ind w:left="420" w:right="288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обобщать мнения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нескольких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людей; участвовать в групповых формах работы (обсуждения, обмен мнениями, мозговые штурмы и др.); </w:t>
      </w:r>
    </w:p>
    <w:p w:rsidR="002810CB" w:rsidRPr="009A3733" w:rsidRDefault="009A3733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выполнять свою часть работы и координировать свои действия с другими членами команды;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оценивать качество своего вклада в общий продукт по критериям, сформулированным участниками взаимодействия.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178" w:after="0" w:line="262" w:lineRule="auto"/>
        <w:ind w:right="144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3)  Универсальные </w:t>
      </w:r>
      <w:r w:rsidRPr="009A373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регулятивные </w:t>
      </w:r>
      <w:r w:rsidRPr="009A3733">
        <w:rPr>
          <w:rFonts w:ascii="Times New Roman" w:eastAsia="Times New Roman" w:hAnsi="Times New Roman"/>
          <w:i/>
          <w:color w:val="000000"/>
          <w:sz w:val="24"/>
          <w:lang w:val="ru-RU"/>
        </w:rPr>
        <w:t>действия обеспечивают формирование смысловых установок и жизненных навыков личности.</w:t>
      </w:r>
    </w:p>
    <w:p w:rsidR="002810CB" w:rsidRPr="009A3733" w:rsidRDefault="009A3733" w:rsidP="00AC7B15">
      <w:pPr>
        <w:autoSpaceDE w:val="0"/>
        <w:autoSpaceDN w:val="0"/>
        <w:spacing w:before="190" w:after="0" w:line="230" w:lineRule="auto"/>
        <w:ind w:left="180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Самоорганизация:</w:t>
      </w:r>
    </w:p>
    <w:p w:rsidR="002810CB" w:rsidRPr="009A3733" w:rsidRDefault="009A3733">
      <w:pPr>
        <w:autoSpaceDE w:val="0"/>
        <w:autoSpaceDN w:val="0"/>
        <w:spacing w:before="178" w:after="0" w:line="271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298" w:right="830" w:bottom="384" w:left="666" w:header="720" w:footer="720" w:gutter="0"/>
          <w:cols w:space="720" w:equalWidth="0">
            <w:col w:w="10404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114" w:line="220" w:lineRule="exact"/>
        <w:rPr>
          <w:lang w:val="ru-RU"/>
        </w:rPr>
      </w:pPr>
    </w:p>
    <w:p w:rsidR="002810CB" w:rsidRPr="009A3733" w:rsidRDefault="009A3733" w:rsidP="00AC7B15">
      <w:pPr>
        <w:autoSpaceDE w:val="0"/>
        <w:autoSpaceDN w:val="0"/>
        <w:spacing w:after="0" w:line="230" w:lineRule="auto"/>
        <w:ind w:left="180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Самоконтроль:</w:t>
      </w:r>
    </w:p>
    <w:p w:rsidR="002810CB" w:rsidRPr="009A3733" w:rsidRDefault="009A3733">
      <w:pPr>
        <w:autoSpaceDE w:val="0"/>
        <w:autoSpaceDN w:val="0"/>
        <w:spacing w:before="178" w:after="0" w:line="262" w:lineRule="auto"/>
        <w:ind w:left="420" w:right="1296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владеть способами самопроверки, самоконтроля процесса и результата решения математической задачи; </w:t>
      </w:r>
    </w:p>
    <w:p w:rsidR="002810CB" w:rsidRPr="009A3733" w:rsidRDefault="009A3733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—  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810CB" w:rsidRPr="009A3733" w:rsidRDefault="009A3733">
      <w:pPr>
        <w:autoSpaceDE w:val="0"/>
        <w:autoSpaceDN w:val="0"/>
        <w:spacing w:before="190" w:after="0" w:line="271" w:lineRule="auto"/>
        <w:ind w:left="42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недостижения</w:t>
      </w:r>
      <w:proofErr w:type="spell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цели, находить ошибку, давать оценку приобретённому опыту.</w:t>
      </w:r>
    </w:p>
    <w:p w:rsidR="002810CB" w:rsidRPr="009A3733" w:rsidRDefault="009A3733" w:rsidP="00AC7B15">
      <w:pPr>
        <w:autoSpaceDE w:val="0"/>
        <w:autoSpaceDN w:val="0"/>
        <w:spacing w:before="324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2810CB" w:rsidRPr="009A3733" w:rsidRDefault="009A3733" w:rsidP="00AC7B15">
      <w:pPr>
        <w:autoSpaceDE w:val="0"/>
        <w:autoSpaceDN w:val="0"/>
        <w:spacing w:before="264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Числа и вычисления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166" w:after="0" w:line="262" w:lineRule="auto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на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координатной (числовой) прямой.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2810CB" w:rsidRPr="009A3733" w:rsidRDefault="009A3733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Выполнять проверку, прикидку результата вычислений.</w:t>
      </w:r>
    </w:p>
    <w:p w:rsidR="002810CB" w:rsidRPr="009A3733" w:rsidRDefault="009A3733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Округлять натуральные числа.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Решение текстовых задач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166" w:after="0" w:line="262" w:lineRule="auto"/>
        <w:ind w:right="432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A3733">
        <w:rPr>
          <w:lang w:val="ru-RU"/>
        </w:rPr>
        <w:tab/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Решать задачи, содержащие зависимости, связывающие величины: скорость, время, расстояние; цена, количество, стоимость.</w:t>
      </w:r>
      <w:proofErr w:type="gramEnd"/>
    </w:p>
    <w:p w:rsidR="002810CB" w:rsidRPr="009A3733" w:rsidRDefault="009A3733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Использовать краткие записи, схемы, таблицы, обозначения при решении задач.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Пользоваться основными единицами измерения: цены, массы; расстояния, времени, скорости; выражать одни единицы вел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и-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чины через другие.</w:t>
      </w:r>
    </w:p>
    <w:p w:rsidR="002810CB" w:rsidRPr="009A3733" w:rsidRDefault="009A3733">
      <w:pPr>
        <w:autoSpaceDE w:val="0"/>
        <w:autoSpaceDN w:val="0"/>
        <w:spacing w:before="72" w:after="0" w:line="262" w:lineRule="auto"/>
        <w:ind w:right="432"/>
        <w:jc w:val="center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Наглядная геометрия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166" w:after="0" w:line="262" w:lineRule="auto"/>
        <w:ind w:right="576"/>
        <w:rPr>
          <w:lang w:val="ru-RU"/>
        </w:rPr>
      </w:pPr>
      <w:r w:rsidRPr="009A3733">
        <w:rPr>
          <w:lang w:val="ru-RU"/>
        </w:rPr>
        <w:tab/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A3733">
        <w:rPr>
          <w:lang w:val="ru-RU"/>
        </w:rPr>
        <w:tab/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Использовать терминологию, связанную с углами: вершина сторона; с многоугольниками: угол, вершина, сторона, диагональ; с окружностью: радиус, диаметр, центр.</w:t>
      </w:r>
      <w:proofErr w:type="gramEnd"/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2810CB" w:rsidRPr="009A3733" w:rsidRDefault="009A3733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Использовать свойства сторон и углов прямоугольника, квадрата для их построения, вычисления</w:t>
      </w:r>
    </w:p>
    <w:p w:rsidR="002810CB" w:rsidRPr="009A3733" w:rsidRDefault="002810CB">
      <w:pPr>
        <w:rPr>
          <w:lang w:val="ru-RU"/>
        </w:rPr>
        <w:sectPr w:rsidR="002810CB" w:rsidRPr="009A3733">
          <w:pgSz w:w="11900" w:h="16840"/>
          <w:pgMar w:top="334" w:right="774" w:bottom="332" w:left="666" w:header="720" w:footer="720" w:gutter="0"/>
          <w:cols w:space="720" w:equalWidth="0">
            <w:col w:w="10460" w:space="0"/>
          </w:cols>
          <w:docGrid w:linePitch="360"/>
        </w:sectPr>
      </w:pPr>
    </w:p>
    <w:p w:rsidR="002810CB" w:rsidRPr="009A3733" w:rsidRDefault="002810CB">
      <w:pPr>
        <w:autoSpaceDE w:val="0"/>
        <w:autoSpaceDN w:val="0"/>
        <w:spacing w:after="66" w:line="220" w:lineRule="exact"/>
        <w:rPr>
          <w:lang w:val="ru-RU"/>
        </w:rPr>
      </w:pPr>
    </w:p>
    <w:p w:rsidR="002810CB" w:rsidRPr="009A3733" w:rsidRDefault="009A3733">
      <w:pPr>
        <w:autoSpaceDE w:val="0"/>
        <w:autoSpaceDN w:val="0"/>
        <w:spacing w:after="0" w:line="230" w:lineRule="auto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площади и периметра.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1584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A3733">
        <w:rPr>
          <w:lang w:val="ru-RU"/>
        </w:rPr>
        <w:tab/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Распознавать параллелепипед, куб, использовать терминологию: вершина, ребро грань, измерения; находить измерения параллелепипеда, куба.</w:t>
      </w:r>
      <w:proofErr w:type="gramEnd"/>
    </w:p>
    <w:p w:rsidR="002810CB" w:rsidRPr="009A3733" w:rsidRDefault="009A3733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A3733">
        <w:rPr>
          <w:lang w:val="ru-RU"/>
        </w:rPr>
        <w:tab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2810CB" w:rsidRPr="00E01AF7" w:rsidRDefault="009A3733">
      <w:pPr>
        <w:autoSpaceDE w:val="0"/>
        <w:autoSpaceDN w:val="0"/>
        <w:spacing w:before="70" w:after="0" w:line="230" w:lineRule="auto"/>
        <w:ind w:left="180"/>
        <w:rPr>
          <w:sz w:val="24"/>
          <w:szCs w:val="24"/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Решать несложные задачи на измерение г</w:t>
      </w:r>
      <w:r w:rsidRPr="00E01AF7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еометрических величин в практических ситуациях.</w:t>
      </w:r>
    </w:p>
    <w:p w:rsidR="002810CB" w:rsidRPr="00E01AF7" w:rsidRDefault="002810CB">
      <w:pPr>
        <w:rPr>
          <w:sz w:val="24"/>
          <w:szCs w:val="24"/>
          <w:lang w:val="ru-RU"/>
        </w:rPr>
        <w:sectPr w:rsidR="002810CB" w:rsidRPr="00E01AF7">
          <w:pgSz w:w="11900" w:h="16840"/>
          <w:pgMar w:top="286" w:right="834" w:bottom="1440" w:left="666" w:header="720" w:footer="720" w:gutter="0"/>
          <w:cols w:space="720" w:equalWidth="0">
            <w:col w:w="10400" w:space="0"/>
          </w:cols>
          <w:docGrid w:linePitch="360"/>
        </w:sectPr>
      </w:pPr>
    </w:p>
    <w:p w:rsidR="002810CB" w:rsidRPr="00222A22" w:rsidRDefault="002810CB" w:rsidP="008F3357">
      <w:pPr>
        <w:autoSpaceDE w:val="0"/>
        <w:autoSpaceDN w:val="0"/>
        <w:spacing w:after="78" w:line="220" w:lineRule="exact"/>
        <w:jc w:val="both"/>
        <w:rPr>
          <w:sz w:val="24"/>
          <w:szCs w:val="24"/>
          <w:lang w:val="ru-RU"/>
        </w:rPr>
      </w:pPr>
    </w:p>
    <w:p w:rsidR="002810CB" w:rsidRPr="00E01AF7" w:rsidRDefault="009A3733" w:rsidP="00AC7B15">
      <w:pPr>
        <w:autoSpaceDE w:val="0"/>
        <w:autoSpaceDN w:val="0"/>
        <w:spacing w:after="666" w:line="233" w:lineRule="auto"/>
        <w:outlineLvl w:val="0"/>
        <w:rPr>
          <w:sz w:val="24"/>
          <w:szCs w:val="24"/>
        </w:rPr>
      </w:pPr>
      <w:r w:rsidRPr="00E01AF7">
        <w:rPr>
          <w:rFonts w:ascii="Times New Roman" w:eastAsia="Times New Roman" w:hAnsi="Times New Roman"/>
          <w:b/>
          <w:color w:val="000000"/>
          <w:w w:val="101"/>
          <w:sz w:val="24"/>
          <w:szCs w:val="24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702"/>
        <w:gridCol w:w="528"/>
        <w:gridCol w:w="1104"/>
        <w:gridCol w:w="798"/>
        <w:gridCol w:w="708"/>
        <w:gridCol w:w="2552"/>
        <w:gridCol w:w="1134"/>
        <w:gridCol w:w="4961"/>
      </w:tblGrid>
      <w:tr w:rsidR="002810CB" w:rsidRPr="00E01AF7" w:rsidTr="00E01AF7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2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43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Количество</w:t>
            </w:r>
            <w:proofErr w:type="spellEnd"/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Дата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изучения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Виды деятельности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Виды, формы контроля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2810CB" w:rsidRPr="00E01AF7" w:rsidTr="00E01AF7">
        <w:trPr>
          <w:trHeight w:hRule="exact" w:val="540"/>
        </w:trPr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  <w:tr w:rsidR="002810CB" w:rsidRPr="007651CC" w:rsidTr="00E01AF7">
        <w:trPr>
          <w:trHeight w:hRule="exact" w:val="350"/>
        </w:trPr>
        <w:tc>
          <w:tcPr>
            <w:tcW w:w="148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80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Раздел 1.  </w:t>
            </w:r>
            <w:r w:rsidRPr="00E01AF7">
              <w:rPr>
                <w:rFonts w:ascii="Times New Roman" w:eastAsia="Times New Roman" w:hAnsi="Times New Roman"/>
                <w:b/>
                <w:color w:val="221F1F"/>
                <w:w w:val="97"/>
                <w:sz w:val="24"/>
                <w:szCs w:val="24"/>
                <w:lang w:val="ru-RU"/>
              </w:rPr>
              <w:t>Натуральные числа. Действия с натуральными числами</w:t>
            </w:r>
          </w:p>
        </w:tc>
      </w:tr>
      <w:tr w:rsidR="002810CB" w:rsidRPr="00E01AF7" w:rsidTr="00261CF9">
        <w:trPr>
          <w:trHeight w:hRule="exact" w:val="1233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  <w:lang w:val="ru-RU"/>
              </w:rPr>
              <w:t>Десятичная система счисления.</w:t>
            </w:r>
          </w:p>
          <w:p w:rsidR="002810CB" w:rsidRPr="00E01AF7" w:rsidRDefault="009A3733">
            <w:pPr>
              <w:autoSpaceDE w:val="0"/>
              <w:autoSpaceDN w:val="0"/>
              <w:spacing w:before="18" w:after="0" w:line="245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Натуральное число.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Ряд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натуральных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чисел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 Число 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Читать, записывать, сравнивать натуральные числа; предлагать и обсуждать способы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упорядочивания чисел;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Устный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опрос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 w:right="43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https://www.yaklass.ru/p/matematika/5-klass/naturalnye-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chisla13442/desiatichnaia-sistema-schisleniia-rimskaia-numeratciia-13051 https://www.yaklass.ru/p/matematika/5-klass/naturalnye-chisla-13442</w:t>
            </w:r>
          </w:p>
        </w:tc>
      </w:tr>
      <w:tr w:rsidR="002810CB" w:rsidRPr="00E01AF7" w:rsidTr="00E01AF7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 w:right="144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Натуральные числа на </w:t>
            </w:r>
            <w:proofErr w:type="gram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координатной</w:t>
            </w:r>
            <w:proofErr w:type="gram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 прямой.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Сравнение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округление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Pr="00E01AF7">
              <w:rPr>
                <w:sz w:val="24"/>
                <w:szCs w:val="24"/>
              </w:rPr>
              <w:br/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натуральных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2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Изображать </w:t>
            </w:r>
            <w:proofErr w:type="gram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координатную</w:t>
            </w:r>
            <w:proofErr w:type="gram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прямую, отмечать числа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точками на координатной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прямой, находить координаты точки;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 w:right="144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Устный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опрос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;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Письменный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Pr="00E01AF7">
              <w:rPr>
                <w:sz w:val="24"/>
                <w:szCs w:val="24"/>
              </w:rPr>
              <w:br/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контроль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 w:right="1584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https://www.yaklass.ru/p/matematika/5-klass/naturalnye-chisla13442/opredelenie-koordinatnogo-lucha-13495</w:t>
            </w:r>
          </w:p>
        </w:tc>
      </w:tr>
      <w:tr w:rsidR="002810CB" w:rsidRPr="007651CC" w:rsidTr="00E01AF7">
        <w:trPr>
          <w:trHeight w:hRule="exact" w:val="111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Арифметические действия с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натуральными числами. Свойства нуля при сложении и умножении, свойства единицы при умножении. </w:t>
            </w:r>
          </w:p>
          <w:p w:rsidR="002810CB" w:rsidRPr="00E01AF7" w:rsidRDefault="009A3733">
            <w:pPr>
              <w:autoSpaceDE w:val="0"/>
              <w:autoSpaceDN w:val="0"/>
              <w:spacing w:before="20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Решение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текстовых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зада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Выполнять арифметические действия с натуральными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числами, вычислять значения числовых выражений со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скобками и без скобок;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Самооценка с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использованием</w:t>
            </w:r>
            <w:proofErr w:type="gram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«О</w:t>
            </w:r>
            <w:proofErr w:type="gram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ценочного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листа»;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www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yaklass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matematika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/5-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naturalnye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chisla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-13442</w:t>
            </w:r>
          </w:p>
        </w:tc>
      </w:tr>
      <w:tr w:rsidR="002810CB" w:rsidRPr="00E01AF7" w:rsidTr="00E01AF7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Переместительное и сочетательное свойства сложения и умножения, распределительное свойство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умножения относительно сложения.</w:t>
            </w:r>
          </w:p>
          <w:p w:rsidR="002810CB" w:rsidRPr="00E01AF7" w:rsidRDefault="009A3733">
            <w:pPr>
              <w:autoSpaceDE w:val="0"/>
              <w:autoSpaceDN w:val="0"/>
              <w:spacing w:before="18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Решение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текстовых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Использовать при вычислениях переместительное 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сочетательное свойства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сложения и умножения,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распределительное свойство умножения;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288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Письменный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контроль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https://resh.edu.ru/subject/lesson/7723/conspect/272293/</w:t>
            </w:r>
          </w:p>
        </w:tc>
      </w:tr>
      <w:tr w:rsidR="002810CB" w:rsidRPr="00E01AF7" w:rsidTr="00E01AF7">
        <w:trPr>
          <w:trHeight w:hRule="exact" w:val="233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1.5.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 w:right="288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Делители и кратные числа,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разложение числа на множители. Простые и составные числа.</w:t>
            </w:r>
          </w:p>
          <w:p w:rsidR="002810CB" w:rsidRPr="00E01AF7" w:rsidRDefault="009A3733">
            <w:pPr>
              <w:autoSpaceDE w:val="0"/>
              <w:autoSpaceDN w:val="0"/>
              <w:spacing w:before="20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Признаки делимости на 2, 5, 10, 3, 9.</w:t>
            </w:r>
          </w:p>
          <w:p w:rsidR="002810CB" w:rsidRPr="00E01AF7" w:rsidRDefault="009A3733">
            <w:pPr>
              <w:autoSpaceDE w:val="0"/>
              <w:autoSpaceDN w:val="0"/>
              <w:spacing w:before="20" w:after="0" w:line="245" w:lineRule="auto"/>
              <w:ind w:left="72" w:right="576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Деление с остатком. Решение текстовых задач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2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Критически оценивать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полученный результат,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осуществлять самоконтроль, проверяя ответ на соответствие условию, находить ошибки;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Тестирование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362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https://interneturok.ru/lesson/matematika/6-klass/delimost-chisel/deliteli-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ikratnye?block=player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https://www.yaklass.ru/p/matematika/5-klass/obyknovennye-drobi13744/delenie-s-ostatkom-poniatie-obyknovennoi-drobi-13672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https://www.yaklass.ru/p/matematika/6-klass/naturalnye-chisla-13968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https://www.yaklass.ru/p/matematika/6-klass/naturalnye-chisla-13968/prostye-isostavnye-chisla-razlozhenie-naturalnogo-chisla-na-prostye-mnoz_-13984</w:t>
            </w:r>
          </w:p>
        </w:tc>
      </w:tr>
      <w:tr w:rsidR="002810CB" w:rsidRPr="00E01AF7" w:rsidTr="00E01AF7">
        <w:trPr>
          <w:trHeight w:hRule="exact" w:val="109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1.6.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Степень с натуральным показателем. Решение текстовых задач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2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Записывать произведение в виде степени, читать степени,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использовать терминологию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(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основание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показатель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), </w:t>
            </w:r>
            <w:r w:rsidRPr="00E01AF7">
              <w:rPr>
                <w:sz w:val="24"/>
                <w:szCs w:val="24"/>
              </w:rPr>
              <w:br/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вычислять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значения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степеней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 w:right="288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Письменный контроль;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 w:right="144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https://www.yaklass.ru/p/matematika/5-klass/desiatichnye-drobi-13880/stepen-snaturalnym-pokazatelem-13669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https://www.yaklass.ru/p/matematika/5-klass/naturalnye-chisla-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13442/reshenietekstovykh-zadach-arifmeticheskim-sposobom-13747</w:t>
            </w:r>
          </w:p>
        </w:tc>
      </w:tr>
    </w:tbl>
    <w:p w:rsidR="002810CB" w:rsidRPr="00E01AF7" w:rsidRDefault="002810CB">
      <w:pPr>
        <w:autoSpaceDE w:val="0"/>
        <w:autoSpaceDN w:val="0"/>
        <w:spacing w:after="0" w:line="14" w:lineRule="exact"/>
        <w:rPr>
          <w:sz w:val="24"/>
          <w:szCs w:val="24"/>
        </w:rPr>
      </w:pPr>
    </w:p>
    <w:p w:rsidR="002810CB" w:rsidRPr="00E01AF7" w:rsidRDefault="002810CB">
      <w:pPr>
        <w:rPr>
          <w:sz w:val="24"/>
          <w:szCs w:val="24"/>
        </w:rPr>
        <w:sectPr w:rsidR="002810CB" w:rsidRPr="00E01AF7">
          <w:pgSz w:w="16840" w:h="11900"/>
          <w:pgMar w:top="282" w:right="640" w:bottom="64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810CB" w:rsidRPr="00E01AF7" w:rsidRDefault="002810CB">
      <w:pPr>
        <w:autoSpaceDE w:val="0"/>
        <w:autoSpaceDN w:val="0"/>
        <w:spacing w:after="66" w:line="220" w:lineRule="exact"/>
        <w:rPr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702"/>
        <w:gridCol w:w="528"/>
        <w:gridCol w:w="1104"/>
        <w:gridCol w:w="798"/>
        <w:gridCol w:w="708"/>
        <w:gridCol w:w="2552"/>
        <w:gridCol w:w="1134"/>
        <w:gridCol w:w="4961"/>
      </w:tblGrid>
      <w:tr w:rsidR="002810CB" w:rsidRPr="00E01AF7" w:rsidTr="00E01AF7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1.7.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Числовые выражения; порядок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действий. Решение текстовых задач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Исследовать числовые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закономерности, выдвигать и обосновывать гипотезы,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формулировать обобщения и выводы по результатам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проведённого исследования;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Тестирование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720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https://www.yaklass.ru/p/matematika/5-klass/naturalnye-chisla-13442/reshenietekstovykh-zadach-arifmeticheskim-sposobom-13747</w:t>
            </w:r>
          </w:p>
          <w:p w:rsidR="002810CB" w:rsidRPr="00E01AF7" w:rsidRDefault="009A3733">
            <w:pPr>
              <w:autoSpaceDE w:val="0"/>
              <w:autoSpaceDN w:val="0"/>
              <w:spacing w:before="212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https://resh.edu.ru/subject/lesson/7708/conspect/325181/</w:t>
            </w:r>
          </w:p>
        </w:tc>
      </w:tr>
      <w:tr w:rsidR="002810CB" w:rsidRPr="00E01AF7" w:rsidTr="00E01AF7">
        <w:trPr>
          <w:trHeight w:hRule="exact" w:val="350"/>
        </w:trPr>
        <w:tc>
          <w:tcPr>
            <w:tcW w:w="3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  <w:tr w:rsidR="002810CB" w:rsidRPr="007651CC" w:rsidTr="00E01AF7">
        <w:trPr>
          <w:trHeight w:hRule="exact" w:val="348"/>
        </w:trPr>
        <w:tc>
          <w:tcPr>
            <w:tcW w:w="14883" w:type="dxa"/>
            <w:gridSpan w:val="9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4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Раздел 2. </w:t>
            </w:r>
            <w:r w:rsidRPr="00E01AF7">
              <w:rPr>
                <w:rFonts w:ascii="Times New Roman" w:eastAsia="Times New Roman" w:hAnsi="Times New Roman"/>
                <w:b/>
                <w:color w:val="221F1F"/>
                <w:w w:val="97"/>
                <w:sz w:val="24"/>
                <w:szCs w:val="24"/>
                <w:lang w:val="ru-RU"/>
              </w:rPr>
              <w:t>Наглядная геометрия. Линии на плоскости</w:t>
            </w:r>
          </w:p>
        </w:tc>
      </w:tr>
      <w:tr w:rsidR="002810CB" w:rsidRPr="00E01AF7" w:rsidTr="00E01AF7">
        <w:trPr>
          <w:trHeight w:hRule="exact" w:val="150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Точка, прямая, отрезок, луч. Ломаная.</w:t>
            </w:r>
          </w:p>
          <w:p w:rsidR="002810CB" w:rsidRPr="00E01AF7" w:rsidRDefault="009A3733">
            <w:pPr>
              <w:autoSpaceDE w:val="0"/>
              <w:autoSpaceDN w:val="0"/>
              <w:spacing w:before="18" w:after="0" w:line="245" w:lineRule="auto"/>
              <w:ind w:left="72" w:right="576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Измерение длины отрезка, метрические единицы длины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4" w:lineRule="auto"/>
              <w:ind w:left="72"/>
              <w:rPr>
                <w:sz w:val="24"/>
                <w:szCs w:val="24"/>
                <w:lang w:val="ru-RU"/>
              </w:rPr>
            </w:pPr>
            <w:proofErr w:type="gram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Распознавать на чертежах,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рисунках, описывать, используя терминологию, и изображать с помощью чертёжных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инструментов: точку, прямую, отрезок, луч, угол, ломаную,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окружность;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 w:right="144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Практическая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работа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https://www.yaklass.ru/p/matematika/5-klass/naturalnye-chisla13442/nachalnye-geometricheskie-poniatiia-priamaia-otrezok-luch-lomanaiapriamo_-13390</w:t>
            </w:r>
          </w:p>
          <w:p w:rsidR="002810CB" w:rsidRPr="00E01AF7" w:rsidRDefault="009A3733">
            <w:pPr>
              <w:autoSpaceDE w:val="0"/>
              <w:autoSpaceDN w:val="0"/>
              <w:spacing w:before="210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https://resh.edu.ru/subject/lesson/7740/conspect/234850/</w:t>
            </w:r>
          </w:p>
        </w:tc>
      </w:tr>
      <w:tr w:rsidR="002810CB" w:rsidRPr="00E01AF7" w:rsidTr="00E01AF7">
        <w:trPr>
          <w:trHeight w:hRule="exact" w:val="186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7" w:lineRule="auto"/>
              <w:ind w:left="72" w:right="288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Окружность и круг. Практическая работа «Построение узора из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окружностей»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4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Изображать конфигурации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геометрических фигур из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отрезков, окружностей, их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частей на нелинованной 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клетчатой бумаге; предлагать, описывать и обсуждать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способы, алгоритмы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построения;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Практическая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работа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https://resh.edu.ru/subject/lesson/7736/conspect/312522/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https://урок.рф/library/lovkij_tcirkul_ili_lyubov_k_okruzhnostyam_132858.html</w:t>
            </w:r>
          </w:p>
        </w:tc>
      </w:tr>
      <w:tr w:rsidR="002810CB" w:rsidRPr="00E01AF7" w:rsidTr="00E01AF7">
        <w:trPr>
          <w:trHeight w:hRule="exact" w:val="207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Угол. Прямой, острый, тупой 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развернутый углы. Измерение углов.</w:t>
            </w:r>
          </w:p>
          <w:p w:rsidR="002810CB" w:rsidRPr="00E01AF7" w:rsidRDefault="009A3733">
            <w:pPr>
              <w:autoSpaceDE w:val="0"/>
              <w:autoSpaceDN w:val="0"/>
              <w:spacing w:before="18" w:after="0" w:line="245" w:lineRule="auto"/>
              <w:ind w:left="72" w:right="288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Практическая работа «Построение углов»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4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Использовать линейку 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транспортир как инструменты для построения и измерения: измерять длину </w:t>
            </w:r>
            <w:proofErr w:type="gram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от</w:t>
            </w:r>
            <w:proofErr w:type="gram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резка</w:t>
            </w:r>
            <w:proofErr w:type="gram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величину угла; строить отрезок заданной длины, угол, заданной величины; откладывать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циркулем равные отрезки,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строить окружность заданного радиуса;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Практическая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работа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362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https://www.yaklass.ru/p/matematika/5-klass/geometricheskie-figury13743/ugol-izmerenie-uglov-13410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https://www.yaklass.ru/p/matematika/5-klass/geometricheskie-figury13743/ugol-izmerenie-uglov-13410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https://www.yaklass.ru/p/matematika/5-klass/geometricheskie-figury13743/ugol-izmerenie-uglov-1341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https://resh.edu.ru/subject/lesson/2780/start/</w:t>
            </w:r>
          </w:p>
        </w:tc>
      </w:tr>
      <w:tr w:rsidR="002810CB" w:rsidRPr="00E01AF7" w:rsidTr="00E01AF7">
        <w:trPr>
          <w:trHeight w:hRule="exact" w:val="348"/>
        </w:trPr>
        <w:tc>
          <w:tcPr>
            <w:tcW w:w="3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  <w:tr w:rsidR="002810CB" w:rsidRPr="00E01AF7" w:rsidTr="00E01AF7">
        <w:trPr>
          <w:trHeight w:hRule="exact" w:val="348"/>
        </w:trPr>
        <w:tc>
          <w:tcPr>
            <w:tcW w:w="148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Раздел 3. </w:t>
            </w:r>
            <w:r w:rsidRPr="00E01AF7">
              <w:rPr>
                <w:rFonts w:ascii="Times New Roman" w:eastAsia="Times New Roman" w:hAnsi="Times New Roman"/>
                <w:b/>
                <w:color w:val="221F1F"/>
                <w:w w:val="97"/>
                <w:sz w:val="24"/>
                <w:szCs w:val="24"/>
              </w:rPr>
              <w:t>Обыкновенные дроби</w:t>
            </w:r>
          </w:p>
        </w:tc>
      </w:tr>
      <w:tr w:rsidR="002810CB" w:rsidRPr="00E01AF7" w:rsidTr="00E01AF7">
        <w:trPr>
          <w:trHeight w:hRule="exact" w:val="167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3.1.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Дробь. Правильные и неправильные дроби.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Основное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свойство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дроби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Моделировать в графической, предметной форме, с помощью компьютера понятия и свойства, связанные с обыкновенной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дробью;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Зачет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https://www.yaklass.ru/p/matematika/5-klass/obyknovennye-drobi13744/delenie-s-ostatkom-poniatie-obyknovennoi-drobi-13674</w:t>
            </w:r>
          </w:p>
          <w:p w:rsidR="002810CB" w:rsidRPr="00E01AF7" w:rsidRDefault="009A3733">
            <w:pPr>
              <w:autoSpaceDE w:val="0"/>
              <w:autoSpaceDN w:val="0"/>
              <w:spacing w:before="212" w:after="0" w:line="250" w:lineRule="auto"/>
              <w:ind w:left="72" w:right="288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https://www.yaklass.ru/p/matematika/5-klass/obyknovennye-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drobi13744/pravilnye-i-nepravilnye-drobi-smeshannye-chisla-poniatie-zapis-ichtenie-13674</w:t>
            </w:r>
          </w:p>
          <w:p w:rsidR="002810CB" w:rsidRPr="00E01AF7" w:rsidRDefault="009A3733">
            <w:pPr>
              <w:autoSpaceDE w:val="0"/>
              <w:autoSpaceDN w:val="0"/>
              <w:spacing w:before="210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https://resh.edu.ru/subject/lesson/705/</w:t>
            </w:r>
          </w:p>
        </w:tc>
      </w:tr>
    </w:tbl>
    <w:p w:rsidR="002810CB" w:rsidRPr="00E01AF7" w:rsidRDefault="002810CB">
      <w:pPr>
        <w:autoSpaceDE w:val="0"/>
        <w:autoSpaceDN w:val="0"/>
        <w:spacing w:after="0" w:line="14" w:lineRule="exact"/>
        <w:rPr>
          <w:sz w:val="24"/>
          <w:szCs w:val="24"/>
        </w:rPr>
      </w:pPr>
    </w:p>
    <w:p w:rsidR="002810CB" w:rsidRPr="00E01AF7" w:rsidRDefault="002810CB">
      <w:pPr>
        <w:rPr>
          <w:sz w:val="24"/>
          <w:szCs w:val="24"/>
        </w:rPr>
        <w:sectPr w:rsidR="002810CB" w:rsidRPr="00E01AF7">
          <w:pgSz w:w="16840" w:h="11900"/>
          <w:pgMar w:top="284" w:right="640" w:bottom="74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810CB" w:rsidRPr="00E01AF7" w:rsidRDefault="002810CB">
      <w:pPr>
        <w:autoSpaceDE w:val="0"/>
        <w:autoSpaceDN w:val="0"/>
        <w:spacing w:after="66" w:line="220" w:lineRule="exact"/>
        <w:rPr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702"/>
        <w:gridCol w:w="528"/>
        <w:gridCol w:w="1104"/>
        <w:gridCol w:w="798"/>
        <w:gridCol w:w="708"/>
        <w:gridCol w:w="2552"/>
        <w:gridCol w:w="1134"/>
        <w:gridCol w:w="4961"/>
      </w:tblGrid>
      <w:tr w:rsidR="002810CB" w:rsidRPr="00E01AF7" w:rsidTr="00E01AF7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3.2.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Сравнение дробей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 w:right="43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Читать и записывать,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сравнивать обыкновенные дроби, предлагать,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обосновывать и обсуждать способы упорядочивания дробей;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288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Письменный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контроль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462" w:after="0" w:line="245" w:lineRule="auto"/>
              <w:ind w:left="72" w:right="1296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https://www.yaklass.ru/p/matematika/5-klass/obyknovennye-drobi13744/sravnenie-obyknovennykh-drobei-13675</w:t>
            </w:r>
          </w:p>
        </w:tc>
      </w:tr>
      <w:tr w:rsidR="002810CB" w:rsidRPr="00E01AF7" w:rsidTr="00E01AF7">
        <w:trPr>
          <w:trHeight w:hRule="exact" w:val="169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3.3.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Сложение и вычитание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обыкновенных дробей. Смешанная дробь. Решение текстовых задач, содержащих дроби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Выполнять арифметические действия с обыкновенными дробями; применять свойства арифметических действий для рационализации вычислений;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288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Письменный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контроль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270" w:after="0" w:line="247" w:lineRule="auto"/>
              <w:ind w:left="72" w:right="43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https://www.yaklass.ru/p/matematika/5-klass/obyknovennye-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drobi13744/slozhenie-i-vychitanie-obyknovennykh-drobei-i-smeshannykh-chisel13676</w:t>
            </w:r>
          </w:p>
          <w:p w:rsidR="002810CB" w:rsidRPr="00E01AF7" w:rsidRDefault="009A3733">
            <w:pPr>
              <w:autoSpaceDE w:val="0"/>
              <w:autoSpaceDN w:val="0"/>
              <w:spacing w:before="212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https://resh.edu.ru/subject/lesson/7761/conspect/288261/</w:t>
            </w:r>
          </w:p>
          <w:p w:rsidR="002810CB" w:rsidRPr="00E01AF7" w:rsidRDefault="009A3733">
            <w:pPr>
              <w:autoSpaceDE w:val="0"/>
              <w:autoSpaceDN w:val="0"/>
              <w:spacing w:before="210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https://resh.edu.ru/subject/lesson/706/</w:t>
            </w:r>
          </w:p>
        </w:tc>
      </w:tr>
      <w:tr w:rsidR="002810CB" w:rsidRPr="00E01AF7" w:rsidTr="00E01AF7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3.4.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Умножение и деление обыкновенных дробей; взаимно-обратные дроби.</w:t>
            </w:r>
          </w:p>
          <w:p w:rsidR="002810CB" w:rsidRPr="00E01AF7" w:rsidRDefault="009A3733">
            <w:pPr>
              <w:autoSpaceDE w:val="0"/>
              <w:autoSpaceDN w:val="0"/>
              <w:spacing w:before="18" w:after="0" w:line="245" w:lineRule="auto"/>
              <w:ind w:left="72" w:right="86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Решение текстовых задач, содержащих дроби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Проводить исследования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свой</w:t>
            </w:r>
            <w:proofErr w:type="gram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ств др</w:t>
            </w:r>
            <w:proofErr w:type="gram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обей, опираясь на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числовые эксперименты (в том числе с помощью компьютера);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 w:right="288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Письменный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контроль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268" w:after="0" w:line="250" w:lineRule="auto"/>
              <w:ind w:left="72" w:right="288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https://www.yaklass.ru/p/matematika/5-klass/obyknovennye-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drobi13744/umnozhenie-i-delenie-obyknovennoi-drobi-na-naturalnoe-chislo-13677</w:t>
            </w:r>
          </w:p>
        </w:tc>
      </w:tr>
      <w:tr w:rsidR="002810CB" w:rsidRPr="00E01AF7" w:rsidTr="00E01AF7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3.5.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Выполнять прикидку и оценку результата вычислений;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предлагать и применять приёмы проверки вычислений;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Тестирование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270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https://resh.edu.ru/subject/lesson/7780/conspect/287888/</w:t>
            </w:r>
          </w:p>
        </w:tc>
      </w:tr>
      <w:tr w:rsidR="002810CB" w:rsidRPr="00E01AF7" w:rsidTr="00E01AF7">
        <w:trPr>
          <w:trHeight w:hRule="exact" w:val="150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3.6.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 w:right="576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4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Формулировать, записывать с помощью букв основное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свойство обыкновенной дроби; использовать основное свойство дроби для сокращения дробей и приведения дроби к новому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знаменателю;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Диктант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270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https://resh.edu.ru/subject/lesson/1429/</w:t>
            </w:r>
          </w:p>
        </w:tc>
      </w:tr>
      <w:tr w:rsidR="002810CB" w:rsidRPr="00E01AF7" w:rsidTr="00E01AF7">
        <w:trPr>
          <w:trHeight w:hRule="exact" w:val="348"/>
        </w:trPr>
        <w:tc>
          <w:tcPr>
            <w:tcW w:w="3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  <w:tr w:rsidR="002810CB" w:rsidRPr="00E01AF7" w:rsidTr="00E01AF7">
        <w:trPr>
          <w:trHeight w:hRule="exact" w:val="348"/>
        </w:trPr>
        <w:tc>
          <w:tcPr>
            <w:tcW w:w="148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Раздел 4. </w:t>
            </w:r>
            <w:r w:rsidRPr="00E01AF7">
              <w:rPr>
                <w:rFonts w:ascii="Times New Roman" w:eastAsia="Times New Roman" w:hAnsi="Times New Roman"/>
                <w:b/>
                <w:color w:val="221F1F"/>
                <w:w w:val="97"/>
                <w:sz w:val="24"/>
                <w:szCs w:val="24"/>
              </w:rPr>
              <w:t>Наглядная геометрия. Многоугольники</w:t>
            </w:r>
          </w:p>
        </w:tc>
      </w:tr>
      <w:tr w:rsidR="002810CB" w:rsidRPr="00E01AF7" w:rsidTr="00E01AF7">
        <w:trPr>
          <w:trHeight w:hRule="exact" w:val="138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4.1.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Многоугольники. Четырёхугольник, прямоугольник, квадрат.</w:t>
            </w:r>
          </w:p>
          <w:p w:rsidR="002810CB" w:rsidRPr="00E01AF7" w:rsidRDefault="009A3733">
            <w:pPr>
              <w:autoSpaceDE w:val="0"/>
              <w:autoSpaceDN w:val="0"/>
              <w:spacing w:before="20" w:after="0" w:line="247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Практическая работа «Построение прямоугольника с заданными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сторонами на нелинованной бумаге»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 w:right="288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Описывать, используя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терминологию, изображать с помощью чертёжных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инструментов и от руки,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моделировать из бумаги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многоугольники;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Устный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опрос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420" w:lineRule="auto"/>
              <w:ind w:right="1728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https://resh.edu.ru/subject/lesson/7727/main/325313/ https://resh.edu.ru/subject/lesson/7733/start/233518/ https://resh.edu.ru/subject/lesson/7727/main/325313/</w:t>
            </w:r>
          </w:p>
        </w:tc>
      </w:tr>
      <w:tr w:rsidR="002810CB" w:rsidRPr="00E01AF7" w:rsidTr="00E01AF7">
        <w:trPr>
          <w:trHeight w:hRule="exact" w:val="71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4.2.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Треугольник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Изображать остроугольные,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прямоугольные и тупоугольные треугольники;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Устный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опрос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15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https://www.yaklass.ru/p/matematika/5-klass/geometricheskie-figury13743/treugolnik-ploshchad-treugolnika-13425</w:t>
            </w:r>
          </w:p>
        </w:tc>
      </w:tr>
    </w:tbl>
    <w:p w:rsidR="002810CB" w:rsidRPr="00E01AF7" w:rsidRDefault="002810CB">
      <w:pPr>
        <w:autoSpaceDE w:val="0"/>
        <w:autoSpaceDN w:val="0"/>
        <w:spacing w:after="0" w:line="14" w:lineRule="exact"/>
        <w:rPr>
          <w:sz w:val="24"/>
          <w:szCs w:val="24"/>
        </w:rPr>
      </w:pPr>
    </w:p>
    <w:p w:rsidR="002810CB" w:rsidRPr="00E01AF7" w:rsidRDefault="002810CB">
      <w:pPr>
        <w:rPr>
          <w:sz w:val="24"/>
          <w:szCs w:val="24"/>
        </w:rPr>
        <w:sectPr w:rsidR="002810CB" w:rsidRPr="00E01AF7">
          <w:pgSz w:w="16840" w:h="11900"/>
          <w:pgMar w:top="284" w:right="640" w:bottom="98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810CB" w:rsidRPr="00E01AF7" w:rsidRDefault="002810CB">
      <w:pPr>
        <w:autoSpaceDE w:val="0"/>
        <w:autoSpaceDN w:val="0"/>
        <w:spacing w:after="66" w:line="220" w:lineRule="exact"/>
        <w:rPr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702"/>
        <w:gridCol w:w="528"/>
        <w:gridCol w:w="1104"/>
        <w:gridCol w:w="798"/>
        <w:gridCol w:w="708"/>
        <w:gridCol w:w="2552"/>
        <w:gridCol w:w="1134"/>
        <w:gridCol w:w="4961"/>
      </w:tblGrid>
      <w:tr w:rsidR="002810CB" w:rsidRPr="00E01AF7" w:rsidTr="00E01AF7">
        <w:trPr>
          <w:trHeight w:hRule="exact" w:val="150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4.3.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7" w:lineRule="auto"/>
              <w:jc w:val="center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Площадь и периметр прямоугольника и многоугольников, составленных из прямоугольников, единицы площади.</w:t>
            </w:r>
          </w:p>
          <w:p w:rsidR="002810CB" w:rsidRPr="00E01AF7" w:rsidRDefault="009A3733">
            <w:pPr>
              <w:autoSpaceDE w:val="0"/>
              <w:autoSpaceDN w:val="0"/>
              <w:spacing w:before="20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Периметр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многоугольника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Выражать величину площади в различных единицах измерения метрической системы мер,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понимать и использовать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зависимости между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метрическими единицами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измерения площади;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Тестирование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584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https://resh.edu.ru/subject/lesson/7732/conspect/325582/ https://resh.edu.ru/subject/lesson/4270/start/162590/</w:t>
            </w:r>
          </w:p>
        </w:tc>
      </w:tr>
      <w:tr w:rsidR="002810CB" w:rsidRPr="00E01AF7" w:rsidTr="00E01AF7">
        <w:trPr>
          <w:trHeight w:hRule="exact" w:val="348"/>
        </w:trPr>
        <w:tc>
          <w:tcPr>
            <w:tcW w:w="3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10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  <w:tr w:rsidR="002810CB" w:rsidRPr="00E01AF7" w:rsidTr="00E01AF7">
        <w:trPr>
          <w:trHeight w:hRule="exact" w:val="350"/>
        </w:trPr>
        <w:tc>
          <w:tcPr>
            <w:tcW w:w="148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Раздел 5. </w:t>
            </w:r>
            <w:r w:rsidRPr="00E01AF7">
              <w:rPr>
                <w:rFonts w:ascii="Times New Roman" w:eastAsia="Times New Roman" w:hAnsi="Times New Roman"/>
                <w:b/>
                <w:color w:val="221F1F"/>
                <w:w w:val="97"/>
                <w:sz w:val="24"/>
                <w:szCs w:val="24"/>
              </w:rPr>
              <w:t xml:space="preserve">Десятичные дроби </w:t>
            </w:r>
          </w:p>
        </w:tc>
      </w:tr>
      <w:tr w:rsidR="002810CB" w:rsidRPr="00E01AF7" w:rsidTr="00E01AF7">
        <w:trPr>
          <w:trHeight w:hRule="exact" w:val="150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5.1.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Десятичная запись дробей.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4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Представлять десятичную дробь в виде обыкновенной, читать и записывать, сравнивать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десятичные дроби, предлагать, обосновывать и обсуждать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способы упорядочивания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десятичных дробей;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Устный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опрос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268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https://resh.edu.ru/subject/lesson/704/</w:t>
            </w:r>
          </w:p>
        </w:tc>
      </w:tr>
      <w:tr w:rsidR="002810CB" w:rsidRPr="00E01AF7" w:rsidTr="00E01AF7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5.2.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right="432"/>
              <w:jc w:val="center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Сравнение десятичных дробей. Округление десятичных дробей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Применять правило округления десятичных дробей;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Практическая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работа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270" w:after="0" w:line="334" w:lineRule="auto"/>
              <w:ind w:left="72" w:right="144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https://resh.edu.ru/subject/lesson/718/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https://interneturok.ru/lesson/matematika/5-klass/desjatichnye-drobi-slozhenie-ivychitanie-desjatichnyh-drobej/okruglenie-chisel</w:t>
            </w:r>
          </w:p>
        </w:tc>
      </w:tr>
      <w:tr w:rsidR="002810CB" w:rsidRPr="007651CC" w:rsidTr="00E01AF7">
        <w:trPr>
          <w:trHeight w:hRule="exact" w:val="119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5.3.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Действия с десятичными дробями.</w:t>
            </w:r>
          </w:p>
          <w:p w:rsidR="002810CB" w:rsidRPr="00E01AF7" w:rsidRDefault="009A3733">
            <w:pPr>
              <w:autoSpaceDE w:val="0"/>
              <w:autoSpaceDN w:val="0"/>
              <w:spacing w:before="20" w:after="0" w:line="247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Решение текстовых задач,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содержащих дроби.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Основные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задачи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на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дроби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Выполнять арифметические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действия с десятичными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дробями; выполнять прикидку и оценку результата вычислений;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288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Письменный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контроль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www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uchportal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video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vic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matematika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_5_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desjatichnye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drobi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interneturok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lesson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matematika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/5-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desjatichnye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drobi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slozhenie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ivychitanie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desjatichnyh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drobej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okruglenie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chisel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Pr="00E01AF7">
              <w:rPr>
                <w:sz w:val="24"/>
                <w:szCs w:val="24"/>
                <w:lang w:val="ru-RU"/>
              </w:rPr>
              <w:br/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ота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;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resh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edu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subject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lesson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/7780/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start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/287889/</w:t>
            </w:r>
          </w:p>
        </w:tc>
      </w:tr>
      <w:tr w:rsidR="002810CB" w:rsidRPr="00E01AF7" w:rsidTr="00E01AF7">
        <w:trPr>
          <w:trHeight w:hRule="exact" w:val="348"/>
        </w:trPr>
        <w:tc>
          <w:tcPr>
            <w:tcW w:w="3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  <w:tr w:rsidR="002810CB" w:rsidRPr="007651CC" w:rsidTr="00E01AF7">
        <w:trPr>
          <w:trHeight w:hRule="exact" w:val="348"/>
        </w:trPr>
        <w:tc>
          <w:tcPr>
            <w:tcW w:w="148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b/>
                <w:color w:val="221F1F"/>
                <w:w w:val="97"/>
                <w:sz w:val="24"/>
                <w:szCs w:val="24"/>
                <w:lang w:val="ru-RU"/>
              </w:rPr>
              <w:t xml:space="preserve">Раздел 6. Наглядная геометрия. Тела и фигуры в пространстве </w:t>
            </w:r>
          </w:p>
        </w:tc>
      </w:tr>
      <w:tr w:rsidR="002810CB" w:rsidRPr="00E01AF7" w:rsidTr="00E01AF7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6.1.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 w:right="576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  <w:lang w:val="ru-RU"/>
              </w:rPr>
              <w:t xml:space="preserve">Многогранники. Изображение многогранников. Модели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  <w:lang w:val="ru-RU"/>
              </w:rPr>
              <w:t>пространственных тел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Моделировать куб 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параллелепипед из бумаги и прочих материалов, объяснять способ моделирования;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Устный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опрос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420" w:lineRule="auto"/>
              <w:ind w:left="72" w:right="43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https://resh.edu.ru/subject/lesson/2780/start/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http://www.posobiya.ru/SREDN_SKOOL/MATEM/027/index.html </w:t>
            </w:r>
            <w:r w:rsidRPr="00E01AF7">
              <w:rPr>
                <w:sz w:val="24"/>
                <w:szCs w:val="24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https://videouroki.net/razrabotki/prostranstvennye-tela-mnogogranniki.html</w:t>
            </w:r>
          </w:p>
        </w:tc>
      </w:tr>
      <w:tr w:rsidR="002810CB" w:rsidRPr="00E01AF7" w:rsidTr="00E01AF7">
        <w:trPr>
          <w:trHeight w:hRule="exact" w:val="150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6.2.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 w:right="288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  <w:lang w:val="ru-RU"/>
              </w:rPr>
              <w:t xml:space="preserve">Прямоугольный параллелепипед, куб. Развёртки куба 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  <w:lang w:val="ru-RU"/>
              </w:rPr>
              <w:t xml:space="preserve">параллелепипеда. </w:t>
            </w:r>
            <w:proofErr w:type="spellStart"/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Практическая</w:t>
            </w:r>
            <w:proofErr w:type="spellEnd"/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работа</w:t>
            </w:r>
            <w:proofErr w:type="spellEnd"/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 xml:space="preserve"> «</w:t>
            </w:r>
            <w:proofErr w:type="spellStart"/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Развёртка</w:t>
            </w:r>
            <w:proofErr w:type="spellEnd"/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куба</w:t>
            </w:r>
            <w:proofErr w:type="spellEnd"/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».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7" w:lineRule="auto"/>
              <w:ind w:left="72" w:right="43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Распознавать и изображать развёртки куба 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параллелепипеда;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Практическая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работа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5" w:lineRule="auto"/>
              <w:ind w:left="72" w:right="864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https://www.yaklass.ru/p/matematika/5-klass/geometricheskie-tela13832/priamougolnyi-parallelepiped-opredelenie-svoistva-13545</w:t>
            </w:r>
          </w:p>
          <w:p w:rsidR="002810CB" w:rsidRPr="00E01AF7" w:rsidRDefault="009A3733">
            <w:pPr>
              <w:autoSpaceDE w:val="0"/>
              <w:autoSpaceDN w:val="0"/>
              <w:spacing w:before="212" w:after="0" w:line="245" w:lineRule="auto"/>
              <w:ind w:left="72" w:right="115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https://www.yaklass.ru/p/matematika/5-klass/geometricheskie-tela13832/priamougolnyi-parallelepiped-razvertka-13552</w:t>
            </w:r>
          </w:p>
          <w:p w:rsidR="002810CB" w:rsidRPr="00E01AF7" w:rsidRDefault="009A3733">
            <w:pPr>
              <w:autoSpaceDE w:val="0"/>
              <w:autoSpaceDN w:val="0"/>
              <w:spacing w:before="212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https://resh.edu.ru/subject/lesson/7790/start/325244/</w:t>
            </w:r>
          </w:p>
        </w:tc>
      </w:tr>
      <w:tr w:rsidR="002810CB" w:rsidRPr="00E01AF7" w:rsidTr="00E01AF7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6.3.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 w:right="576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</w:rPr>
              <w:t>Объём куба, прямоугольного параллелепипеда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Наблюдать и проводить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аналогии между понятиями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площади и объёма, периметра и площади поверхности;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50" w:lineRule="auto"/>
              <w:ind w:left="72" w:right="144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Устный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опрос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;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Письменный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Pr="00E01AF7">
              <w:rPr>
                <w:sz w:val="24"/>
                <w:szCs w:val="24"/>
              </w:rPr>
              <w:br/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контроль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https://resh.edu.ru/subject/lesson/7730/conspect/272355/</w:t>
            </w:r>
          </w:p>
        </w:tc>
      </w:tr>
      <w:tr w:rsidR="002810CB" w:rsidRPr="00E01AF7" w:rsidTr="00E01AF7">
        <w:trPr>
          <w:trHeight w:hRule="exact" w:val="328"/>
        </w:trPr>
        <w:tc>
          <w:tcPr>
            <w:tcW w:w="3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9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</w:tbl>
    <w:p w:rsidR="002810CB" w:rsidRPr="00E01AF7" w:rsidRDefault="002810CB">
      <w:pPr>
        <w:autoSpaceDE w:val="0"/>
        <w:autoSpaceDN w:val="0"/>
        <w:spacing w:after="0" w:line="14" w:lineRule="exact"/>
        <w:rPr>
          <w:sz w:val="24"/>
          <w:szCs w:val="24"/>
        </w:rPr>
      </w:pPr>
    </w:p>
    <w:p w:rsidR="002810CB" w:rsidRPr="00E01AF7" w:rsidRDefault="002810CB">
      <w:pPr>
        <w:rPr>
          <w:sz w:val="24"/>
          <w:szCs w:val="24"/>
        </w:rPr>
        <w:sectPr w:rsidR="002810CB" w:rsidRPr="00E01AF7">
          <w:pgSz w:w="16840" w:h="11900"/>
          <w:pgMar w:top="284" w:right="640" w:bottom="36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810CB" w:rsidRPr="00E01AF7" w:rsidRDefault="002810CB">
      <w:pPr>
        <w:autoSpaceDE w:val="0"/>
        <w:autoSpaceDN w:val="0"/>
        <w:spacing w:after="66" w:line="220" w:lineRule="exact"/>
        <w:rPr>
          <w:sz w:val="24"/>
          <w:szCs w:val="24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702"/>
        <w:gridCol w:w="528"/>
        <w:gridCol w:w="1104"/>
        <w:gridCol w:w="798"/>
        <w:gridCol w:w="708"/>
        <w:gridCol w:w="2552"/>
        <w:gridCol w:w="1134"/>
        <w:gridCol w:w="4961"/>
      </w:tblGrid>
      <w:tr w:rsidR="002810CB" w:rsidRPr="00E01AF7" w:rsidTr="00E01AF7">
        <w:trPr>
          <w:trHeight w:hRule="exact" w:val="348"/>
        </w:trPr>
        <w:tc>
          <w:tcPr>
            <w:tcW w:w="87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Раздел 7. </w:t>
            </w:r>
            <w:r w:rsidRPr="00E01AF7">
              <w:rPr>
                <w:rFonts w:ascii="Times New Roman" w:eastAsia="Times New Roman" w:hAnsi="Times New Roman"/>
                <w:b/>
                <w:color w:val="221F1F"/>
                <w:w w:val="97"/>
                <w:sz w:val="24"/>
                <w:szCs w:val="24"/>
              </w:rPr>
              <w:t>Повторение и обобщение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  <w:tr w:rsidR="002810CB" w:rsidRPr="007651CC" w:rsidTr="00E01AF7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7.1.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7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221F1F"/>
                <w:w w:val="97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10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0" w:lineRule="auto"/>
              <w:ind w:left="72" w:right="288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Осуществлять самоконтроль выполняемых действий и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самопроверку результата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вычислений;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52" w:lineRule="auto"/>
              <w:ind w:left="72" w:right="144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Устный опрос; Письменный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контроль;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Контрольная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работа;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47" w:lineRule="auto"/>
              <w:ind w:left="72" w:right="1008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foxford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wiki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matematika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zadachi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rabotu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foxford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wiki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matematika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zadachi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dvizhenie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Pr="00E01AF7">
              <w:rPr>
                <w:sz w:val="24"/>
                <w:szCs w:val="24"/>
                <w:lang w:val="ru-RU"/>
              </w:rPr>
              <w:br/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://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foxford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wiki</w:t>
            </w: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matematika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zadachi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dvizhenie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po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-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vode</w:t>
            </w:r>
            <w:proofErr w:type="spellEnd"/>
          </w:p>
        </w:tc>
      </w:tr>
      <w:tr w:rsidR="002810CB" w:rsidRPr="00E01AF7" w:rsidTr="00E01AF7">
        <w:trPr>
          <w:trHeight w:hRule="exact" w:val="350"/>
        </w:trPr>
        <w:tc>
          <w:tcPr>
            <w:tcW w:w="3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10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  <w:tc>
          <w:tcPr>
            <w:tcW w:w="9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  <w:tr w:rsidR="002810CB" w:rsidRPr="00E01AF7" w:rsidTr="00E01AF7">
        <w:trPr>
          <w:trHeight w:hRule="exact" w:val="520"/>
        </w:trPr>
        <w:tc>
          <w:tcPr>
            <w:tcW w:w="3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45" w:lineRule="auto"/>
              <w:ind w:left="72" w:right="43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B9196F">
            <w:pPr>
              <w:autoSpaceDE w:val="0"/>
              <w:autoSpaceDN w:val="0"/>
              <w:spacing w:before="76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204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9A3733">
            <w:pPr>
              <w:autoSpaceDE w:val="0"/>
              <w:autoSpaceDN w:val="0"/>
              <w:spacing w:before="76" w:after="0" w:line="230" w:lineRule="auto"/>
              <w:ind w:left="72"/>
              <w:rPr>
                <w:sz w:val="24"/>
                <w:szCs w:val="24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9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E01AF7" w:rsidRDefault="002810CB">
            <w:pPr>
              <w:rPr>
                <w:sz w:val="24"/>
                <w:szCs w:val="24"/>
              </w:rPr>
            </w:pPr>
          </w:p>
        </w:tc>
      </w:tr>
    </w:tbl>
    <w:p w:rsidR="002810CB" w:rsidRPr="00E01AF7" w:rsidRDefault="002810CB">
      <w:pPr>
        <w:autoSpaceDE w:val="0"/>
        <w:autoSpaceDN w:val="0"/>
        <w:spacing w:after="0" w:line="14" w:lineRule="exact"/>
        <w:rPr>
          <w:sz w:val="24"/>
          <w:szCs w:val="24"/>
        </w:rPr>
      </w:pPr>
    </w:p>
    <w:p w:rsidR="002810CB" w:rsidRDefault="002810CB">
      <w:pPr>
        <w:sectPr w:rsidR="002810CB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78" w:line="220" w:lineRule="exact"/>
      </w:pPr>
    </w:p>
    <w:p w:rsidR="002810CB" w:rsidRDefault="009A3733" w:rsidP="00AC7B15">
      <w:pPr>
        <w:autoSpaceDE w:val="0"/>
        <w:autoSpaceDN w:val="0"/>
        <w:spacing w:after="320" w:line="230" w:lineRule="auto"/>
        <w:outlineLvl w:val="0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ПОУРОЧНОЕ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7"/>
        <w:gridCol w:w="3223"/>
        <w:gridCol w:w="736"/>
        <w:gridCol w:w="1624"/>
        <w:gridCol w:w="943"/>
        <w:gridCol w:w="852"/>
        <w:gridCol w:w="853"/>
        <w:gridCol w:w="1768"/>
      </w:tblGrid>
      <w:tr w:rsidR="002810CB" w:rsidTr="00C50A2F">
        <w:trPr>
          <w:trHeight w:hRule="exact" w:val="494"/>
        </w:trPr>
        <w:tc>
          <w:tcPr>
            <w:tcW w:w="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Default="009A3733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2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2810CB" w:rsidRDefault="009A3733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3303" w:type="dxa"/>
            <w:gridSpan w:val="3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Default="009A3733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BB1998" w:rsidRDefault="00BB1998" w:rsidP="00BB1998">
            <w:pPr>
              <w:autoSpaceDE w:val="0"/>
              <w:autoSpaceDN w:val="0"/>
              <w:spacing w:before="98" w:after="0" w:line="262" w:lineRule="auto"/>
              <w:ind w:left="72"/>
              <w:jc w:val="center"/>
              <w:rPr>
                <w:b/>
                <w:sz w:val="24"/>
                <w:szCs w:val="24"/>
                <w:lang w:val="ru-RU"/>
              </w:rPr>
            </w:pPr>
            <w:r w:rsidRPr="00BB1998">
              <w:rPr>
                <w:b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810CB" w:rsidRPr="00261CF9" w:rsidRDefault="00261CF9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  <w:t>ЭОР</w:t>
            </w:r>
          </w:p>
        </w:tc>
      </w:tr>
      <w:tr w:rsidR="00BB1998" w:rsidTr="00C50A2F">
        <w:trPr>
          <w:trHeight w:hRule="exact" w:val="765"/>
        </w:trPr>
        <w:tc>
          <w:tcPr>
            <w:tcW w:w="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32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BB1998" w:rsidRDefault="00BB1998"/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B1998" w:rsidRPr="00BB1998" w:rsidRDefault="00BB1998">
            <w:pPr>
              <w:rPr>
                <w:b/>
                <w:sz w:val="24"/>
                <w:szCs w:val="24"/>
                <w:lang w:val="ru-RU"/>
              </w:rPr>
            </w:pPr>
            <w:r w:rsidRPr="00BB1998">
              <w:rPr>
                <w:b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Pr="00BB1998" w:rsidRDefault="00BB1998">
            <w:pPr>
              <w:rPr>
                <w:b/>
                <w:sz w:val="24"/>
                <w:szCs w:val="24"/>
                <w:lang w:val="ru-RU"/>
              </w:rPr>
            </w:pPr>
            <w:r w:rsidRPr="00BB1998">
              <w:rPr>
                <w:b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</w:tr>
      <w:tr w:rsidR="00BB1998" w:rsidTr="00C50A2F">
        <w:trPr>
          <w:trHeight w:hRule="exact" w:val="1397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71" w:lineRule="auto"/>
              <w:ind w:left="72" w:right="144"/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Десятичная система записи натуральных чисел.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Римская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нумерация</w:t>
            </w:r>
            <w:proofErr w:type="spellEnd"/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261CF9" w:rsidRDefault="00261CF9" w:rsidP="00261CF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261CF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https://www.yaklass.ru/p/matematika/5-klass/naturalnye-chisla-13442</w:t>
            </w:r>
          </w:p>
        </w:tc>
      </w:tr>
      <w:tr w:rsidR="00BB1998" w:rsidTr="00C50A2F">
        <w:trPr>
          <w:trHeight w:hRule="exact" w:val="1133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Ряд натуральных чисел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261CF9" w:rsidRDefault="00261CF9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261CF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https://www.yaklass.ru/p/matematika/5-klass/naturalnye-chisla-13442</w:t>
            </w:r>
          </w:p>
        </w:tc>
      </w:tr>
      <w:tr w:rsidR="00BB1998" w:rsidTr="00C50A2F">
        <w:trPr>
          <w:trHeight w:hRule="exact" w:val="712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Ряд натуральных чисел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261CF9" w:rsidP="00261CF9">
            <w:pPr>
              <w:autoSpaceDE w:val="0"/>
              <w:autoSpaceDN w:val="0"/>
              <w:spacing w:before="100" w:after="0"/>
              <w:ind w:right="144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https://resh.edu.ru/subject/lesson/704/</w:t>
            </w:r>
          </w:p>
        </w:tc>
      </w:tr>
      <w:tr w:rsidR="00BB1998" w:rsidTr="00C50A2F">
        <w:trPr>
          <w:trHeight w:hRule="exact" w:val="1340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Цифры. Десятичная запись натуральных чисел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261CF9" w:rsidRDefault="00261CF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261CF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https://www.yaklass.ru/p/matematika/5-klass/geometricheskie-</w:t>
            </w:r>
          </w:p>
        </w:tc>
      </w:tr>
      <w:tr w:rsidR="00BB1998" w:rsidTr="00C50A2F">
        <w:trPr>
          <w:trHeight w:hRule="exact" w:val="83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Запись числа в виде суммы разрядных слагаемых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  <w:tr w:rsidR="00BB1998" w:rsidTr="00C50A2F">
        <w:trPr>
          <w:trHeight w:hRule="exact" w:val="109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0.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https://resh.edu.ru/subject/lesson/4270/start/162590/</w:t>
            </w:r>
          </w:p>
        </w:tc>
      </w:tr>
      <w:tr w:rsidR="00BB1998" w:rsidTr="00C50A2F">
        <w:trPr>
          <w:trHeight w:hRule="exact" w:val="83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Шкала. Координатная прямая.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https://resh.edu.ru/subject/lesson/2780/start/</w:t>
            </w:r>
          </w:p>
        </w:tc>
      </w:tr>
      <w:tr w:rsidR="00BB1998" w:rsidTr="00C50A2F">
        <w:trPr>
          <w:trHeight w:hRule="exact" w:val="83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Шкала. Координатная прямая.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https://resh.edu.ru/subject/lesson/2780/start/</w:t>
            </w:r>
          </w:p>
        </w:tc>
      </w:tr>
      <w:tr w:rsidR="00BB1998" w:rsidTr="00C50A2F">
        <w:trPr>
          <w:trHeight w:hRule="exact" w:val="83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Шкала. Координатная прямая.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https://resh.edu.ru/subject/lesson/2780/start/</w:t>
            </w:r>
          </w:p>
        </w:tc>
      </w:tr>
      <w:tr w:rsidR="00BB1998" w:rsidTr="00C50A2F">
        <w:trPr>
          <w:trHeight w:hRule="exact" w:val="1170"/>
        </w:trPr>
        <w:tc>
          <w:tcPr>
            <w:tcW w:w="57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22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100" w:after="0" w:line="271" w:lineRule="auto"/>
              <w:ind w:left="72" w:right="144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Сравнение натуральных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чисел. Решение задач с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практическим содержанием.</w:t>
            </w:r>
          </w:p>
        </w:tc>
        <w:tc>
          <w:tcPr>
            <w:tcW w:w="736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5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C50A2F">
              <w:rPr>
                <w:sz w:val="20"/>
                <w:szCs w:val="20"/>
              </w:rPr>
              <w:br/>
            </w: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drobi13744/</w:t>
            </w:r>
            <w:proofErr w:type="spellStart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umnozhenie</w:t>
            </w:r>
            <w:proofErr w:type="spellEnd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-i-</w:t>
            </w:r>
            <w:proofErr w:type="spellStart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delenie</w:t>
            </w:r>
            <w:proofErr w:type="spellEnd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-</w:t>
            </w:r>
          </w:p>
        </w:tc>
      </w:tr>
      <w:tr w:rsidR="00BB1998" w:rsidTr="00C50A2F">
        <w:trPr>
          <w:trHeight w:hRule="exact" w:val="659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Округление натуральных чисел.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https://resh.edu.ru/subject/lesson/718/</w:t>
            </w:r>
          </w:p>
        </w:tc>
      </w:tr>
      <w:tr w:rsidR="00BB1998" w:rsidTr="00C50A2F">
        <w:trPr>
          <w:trHeight w:hRule="exact" w:val="109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Округление натуральных </w:t>
            </w:r>
            <w:r w:rsidRPr="009A3733">
              <w:rPr>
                <w:lang w:val="ru-RU"/>
              </w:rPr>
              <w:br/>
            </w:r>
            <w:proofErr w:type="spell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чисел</w:t>
            </w:r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.Р</w:t>
            </w:r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ешение</w:t>
            </w:r>
            <w:proofErr w:type="spell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задач с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практическим содержанием.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https://resh.edu.ru/subject/lesson/718/</w:t>
            </w:r>
          </w:p>
        </w:tc>
      </w:tr>
      <w:tr w:rsidR="00BB1998" w:rsidTr="00C50A2F">
        <w:trPr>
          <w:trHeight w:hRule="exact" w:val="658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Сложение и вычитание натуральных чисел.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 w:rsidP="00261CF9">
            <w:pPr>
              <w:autoSpaceDE w:val="0"/>
              <w:autoSpaceDN w:val="0"/>
              <w:spacing w:before="98" w:after="0" w:line="230" w:lineRule="auto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https://resh.edu.ru/subject/lesson/718/</w:t>
            </w:r>
          </w:p>
        </w:tc>
      </w:tr>
      <w:tr w:rsidR="00BB1998" w:rsidTr="00C50A2F">
        <w:trPr>
          <w:trHeight w:hRule="exact" w:val="860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Умножение натуральных чисел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 w:rsidP="00BB1998">
            <w:pPr>
              <w:jc w:val="both"/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 w:rsidP="00261CF9">
            <w:pPr>
              <w:autoSpaceDE w:val="0"/>
              <w:autoSpaceDN w:val="0"/>
              <w:spacing w:before="98" w:after="0" w:line="262" w:lineRule="auto"/>
              <w:ind w:right="576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https://resh.edu.ru/subject/lesson/718/</w:t>
            </w: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Pr="00261CF9" w:rsidRDefault="002810CB" w:rsidP="00261CF9">
      <w:pPr>
        <w:sectPr w:rsidR="002810CB" w:rsidRPr="00261CF9">
          <w:pgSz w:w="11900" w:h="16840"/>
          <w:pgMar w:top="298" w:right="650" w:bottom="35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924"/>
        <w:gridCol w:w="12"/>
        <w:gridCol w:w="955"/>
        <w:gridCol w:w="1574"/>
      </w:tblGrid>
      <w:tr w:rsidR="00BB1998" w:rsidTr="00C50A2F">
        <w:trPr>
          <w:trHeight w:hRule="exact" w:val="114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Деление натуральных чисел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https://interneturok.ru/lesson/matematika/6-klass/delimost-chisel/deliteli-</w:t>
            </w:r>
            <w:r w:rsidRPr="00C50A2F">
              <w:rPr>
                <w:sz w:val="20"/>
                <w:szCs w:val="20"/>
              </w:rPr>
              <w:br/>
            </w:r>
            <w:proofErr w:type="spellStart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ikratnye?block</w:t>
            </w:r>
            <w:proofErr w:type="spellEnd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 xml:space="preserve">=player </w:t>
            </w:r>
            <w:r w:rsidRPr="00C50A2F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Свойство нуля при сложении и умножении, свойство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единицы при умножении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Переместительное и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сочетательное свойства сложения и умножения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50A2F" w:rsidRDefault="00C50A2F" w:rsidP="00C50A2F">
            <w:pPr>
              <w:autoSpaceDE w:val="0"/>
              <w:autoSpaceDN w:val="0"/>
              <w:spacing w:before="98" w:after="0" w:line="262" w:lineRule="auto"/>
              <w:ind w:right="144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https://resh.edu.ru/subject/lesson/7730/conspect/272355/</w:t>
            </w:r>
          </w:p>
        </w:tc>
      </w:tr>
      <w:tr w:rsidR="00C50A2F" w:rsidRPr="00515849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Распределительное свойство умножения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 w:rsidP="00515849">
            <w:pPr>
              <w:autoSpaceDE w:val="0"/>
              <w:autoSpaceDN w:val="0"/>
              <w:spacing w:before="78" w:after="0" w:line="245" w:lineRule="auto"/>
              <w:ind w:left="72" w:right="1152"/>
              <w:rPr>
                <w:sz w:val="24"/>
                <w:szCs w:val="24"/>
              </w:rPr>
            </w:pPr>
          </w:p>
        </w:tc>
      </w:tr>
      <w:tr w:rsidR="00C50A2F" w:rsidRPr="00515849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 №1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rPr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Pr="00515849" w:rsidRDefault="00C50A2F">
            <w:pPr>
              <w:rPr>
                <w:lang w:val="ru-RU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C50A2F" w:rsidRDefault="00C50A2F" w:rsidP="00C50A2F">
            <w:pPr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</w:p>
        </w:tc>
      </w:tr>
      <w:tr w:rsidR="00C50A2F" w:rsidRPr="007651CC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Делители и кратные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rPr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Pr="00515849" w:rsidRDefault="00C50A2F">
            <w:pPr>
              <w:rPr>
                <w:lang w:val="ru-RU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C50A2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  <w:lang w:val="ru-RU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</w:t>
            </w: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://</w:t>
            </w:r>
            <w:proofErr w:type="spellStart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resh</w:t>
            </w:r>
            <w:proofErr w:type="spellEnd"/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.</w:t>
            </w:r>
            <w:proofErr w:type="spellStart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edu</w:t>
            </w:r>
            <w:proofErr w:type="spellEnd"/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.</w:t>
            </w:r>
            <w:proofErr w:type="spellStart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ru</w:t>
            </w:r>
            <w:proofErr w:type="spellEnd"/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subject</w:t>
            </w: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lesson</w:t>
            </w: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/7723/</w:t>
            </w:r>
            <w:proofErr w:type="spellStart"/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conspect</w:t>
            </w:r>
            <w:proofErr w:type="spellEnd"/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/272293/</w:t>
            </w:r>
          </w:p>
        </w:tc>
      </w:tr>
      <w:tr w:rsidR="00C50A2F" w:rsidTr="00BB1998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 w:rsidRPr="0051584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Pr="009A3733" w:rsidRDefault="00C50A2F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Разложение числа на простые множители.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515849" w:rsidP="00C50A2F">
            <w:pPr>
              <w:autoSpaceDE w:val="0"/>
              <w:autoSpaceDN w:val="0"/>
              <w:spacing w:before="98" w:after="0" w:line="281" w:lineRule="auto"/>
              <w:ind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https://foxford.ru/wiki/matematika/zadachi-na-rabotu</w:t>
            </w:r>
          </w:p>
        </w:tc>
      </w:tr>
      <w:tr w:rsidR="00C50A2F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Pr="009A3733" w:rsidRDefault="00C50A2F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Разложение числа на простые множители.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C50A2F" w:rsidRDefault="00C50A2F" w:rsidP="00C50A2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https://resh.edu.ru/subject/lesson/7730/conspect/272355/</w:t>
            </w:r>
          </w:p>
        </w:tc>
      </w:tr>
      <w:tr w:rsidR="00C50A2F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https://resh.edu.ru/subject/lesson/7730/conspect/272355/</w:t>
            </w:r>
          </w:p>
        </w:tc>
      </w:tr>
      <w:tr w:rsidR="00C50A2F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https://resh.edu.ru/subject/lesson/7730/conspect/272355/</w:t>
            </w:r>
          </w:p>
        </w:tc>
      </w:tr>
      <w:tr w:rsidR="00C50A2F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515849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https://resh.edu.ru/subject/lesson/7730/conspect/272355/</w:t>
            </w:r>
          </w:p>
        </w:tc>
      </w:tr>
      <w:tr w:rsidR="00C50A2F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C50A2F" w:rsidRDefault="00C50A2F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</w:p>
        </w:tc>
      </w:tr>
      <w:tr w:rsidR="00C50A2F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62" w:lineRule="auto"/>
              <w:ind w:left="72" w:right="576"/>
            </w:pPr>
          </w:p>
        </w:tc>
      </w:tr>
      <w:tr w:rsidR="00C50A2F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Pr="009A3733" w:rsidRDefault="00C50A2F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Признаки делимости на 10, на 5 и на 2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/>
        </w:tc>
        <w:tc>
          <w:tcPr>
            <w:tcW w:w="9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C50A2F" w:rsidRDefault="00C50A2F" w:rsidP="00C50A2F">
            <w:pPr>
              <w:autoSpaceDE w:val="0"/>
              <w:autoSpaceDN w:val="0"/>
              <w:spacing w:before="98" w:after="0" w:line="262" w:lineRule="auto"/>
              <w:ind w:right="576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https://resh.edu.ru/subject/lesson/7730/conspect/272355/</w:t>
            </w:r>
          </w:p>
        </w:tc>
      </w:tr>
      <w:tr w:rsidR="00C50A2F" w:rsidTr="00C50A2F">
        <w:trPr>
          <w:trHeight w:hRule="exact" w:val="87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C50A2F" w:rsidRPr="009A3733" w:rsidRDefault="00C50A2F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Признаки делимости на 10, на 5 и на 2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Default="00C50A2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C50A2F" w:rsidRDefault="00C50A2F" w:rsidP="00BB1998">
            <w:pPr>
              <w:jc w:val="both"/>
            </w:pPr>
          </w:p>
        </w:tc>
        <w:tc>
          <w:tcPr>
            <w:tcW w:w="96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2F" w:rsidRDefault="00C50A2F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50A2F" w:rsidRPr="00C50A2F" w:rsidRDefault="00C50A2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s://resh.edu.ru/subject/lesson/</w:t>
            </w:r>
            <w:r w:rsidRPr="00C50A2F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730/conspect/272355/</w:t>
            </w: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Pr="00C50A2F" w:rsidRDefault="002810CB">
      <w:pPr>
        <w:sectPr w:rsidR="002810CB" w:rsidRPr="00C50A2F">
          <w:pgSz w:w="11900" w:h="16840"/>
          <w:pgMar w:top="284" w:right="650" w:bottom="107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912"/>
        <w:gridCol w:w="979"/>
        <w:gridCol w:w="1574"/>
      </w:tblGrid>
      <w:tr w:rsidR="00BB1998" w:rsidTr="00BB1998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Признаки делимости на 10, на 5 и на 2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 w:rsidP="00515849">
            <w:pPr>
              <w:autoSpaceDE w:val="0"/>
              <w:autoSpaceDN w:val="0"/>
              <w:spacing w:before="98" w:after="0" w:line="281" w:lineRule="auto"/>
              <w:ind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 xml:space="preserve">https://www.yaklass.ru/p/matematika/5-klass/desiatichnye-drobi-13880/stepen-snaturalnym-pokazatelem-13669 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Признаки делимости на 9 и на 3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Признаки делимости на 9 и на 3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Признаки делимости на 9 и на 3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 w:rsidP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 xml:space="preserve">https://www.yaklass.ru/p/matematika/5-klass/desiatichnye-drobi-13880/stepen-snaturalnym-pokazatelem-13669 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Числовые выражения. Порядок действий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Числовые выражения. Порядок действий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https://resh.edu.ru/subject/lesson/4270/start/162590/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Числовые выражения. Порядок действий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https://resh.edu.ru/subject/lesson/4270/start/162590/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Числовые выражения. Порядок действий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https://resh.edu.ru/subject/lesson/4270/start/162590/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Решение тестовых задач на движение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Решение тестовых задач на движение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 xml:space="preserve">https://www.yaklass.ru/p/matematika/5-klass/desiatichnye-drobi-13880/stepen-snaturalnym-pokazatelem-13669 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Решение тестовых задач на покупки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https://resh.edu.ru/subject/lesson/4270/start/162590/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Точка, прямая, отрезок, луч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Ломаная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 w:rsidP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 xml:space="preserve">https://www.yaklass.ru/p/matematika/5-klass/desiatichnye-drobi-13880/stepen-snaturalnym-pokazatelem-13669 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114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Отрезок. Измерение длины отрезка, метрические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единицы измерения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 w:rsidP="00BB1998">
            <w:pPr>
              <w:jc w:val="both"/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41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960"/>
        <w:gridCol w:w="931"/>
        <w:gridCol w:w="1574"/>
      </w:tblGrid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 к </w:t>
            </w:r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у ж н о с т ь и к р у г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72" w:right="864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работа "Построение узора из окружностей"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Угол. построение угла 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81" w:lineRule="auto"/>
              <w:ind w:left="72"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100" w:after="0" w:line="262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Виды углов. Прямой, острый, тупой и развернутый угол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5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 w:rsidP="00515849">
            <w:pPr>
              <w:autoSpaceDE w:val="0"/>
              <w:autoSpaceDN w:val="0"/>
              <w:spacing w:before="100" w:after="0" w:line="262" w:lineRule="auto"/>
              <w:ind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Прямой, острый, тупой и развернутый угол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 w:rsidP="00515849">
            <w:pPr>
              <w:autoSpaceDE w:val="0"/>
              <w:autoSpaceDN w:val="0"/>
              <w:spacing w:before="98" w:after="0" w:line="262" w:lineRule="auto"/>
              <w:ind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 w:rsidP="00515849">
            <w:pPr>
              <w:autoSpaceDE w:val="0"/>
              <w:autoSpaceDN w:val="0"/>
              <w:spacing w:before="98" w:after="0" w:line="262" w:lineRule="auto"/>
              <w:ind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 w:rsidP="00515849">
            <w:pPr>
              <w:autoSpaceDE w:val="0"/>
              <w:autoSpaceDN w:val="0"/>
              <w:spacing w:before="98" w:after="0" w:line="262" w:lineRule="auto"/>
              <w:ind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right="86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Практическая работа "Построение углов"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Понятие обыкновенной дроби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Понятие обыкновенной дроби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Правильные и неправильные дроби. 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5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Правильные и неправильные дроби.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Правильные и неправильные дроби.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Правильные и неправильные дроби.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9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41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1008"/>
        <w:gridCol w:w="883"/>
        <w:gridCol w:w="1574"/>
      </w:tblGrid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Приведение дробей к общему знаменателю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Приведение дробей к общему знаменателю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 w:rsidP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  <w:p w:rsidR="00BB1998" w:rsidRPr="009A3733" w:rsidRDefault="00BB1998">
            <w:pPr>
              <w:autoSpaceDE w:val="0"/>
              <w:autoSpaceDN w:val="0"/>
              <w:spacing w:before="70" w:after="0" w:line="262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Приведение дробей к общему знаменателю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5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right="720"/>
              <w:jc w:val="center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E01AF7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right="720"/>
              <w:jc w:val="center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right="720"/>
              <w:jc w:val="center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right="720"/>
              <w:jc w:val="center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100" w:after="0" w:line="262" w:lineRule="auto"/>
              <w:ind w:right="720"/>
              <w:jc w:val="center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 м е ш а н </w:t>
            </w:r>
            <w:proofErr w:type="spellStart"/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ы е д р о б 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 м е ш а н </w:t>
            </w:r>
            <w:proofErr w:type="spellStart"/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ы е д р о б 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</w:t>
            </w:r>
            <w:r w:rsidRPr="00515849">
              <w:rPr>
                <w:sz w:val="20"/>
                <w:szCs w:val="20"/>
              </w:rPr>
              <w:br/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 м е ш а н </w:t>
            </w:r>
            <w:proofErr w:type="spellStart"/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ы е д р о б 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 м е ш а н </w:t>
            </w:r>
            <w:proofErr w:type="spellStart"/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ы е д р о б 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515849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515849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https://resh.edu.ru/subject/lesson/1429/</w:t>
            </w: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50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1056"/>
        <w:gridCol w:w="835"/>
        <w:gridCol w:w="1574"/>
      </w:tblGrid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 м е ш а н </w:t>
            </w:r>
            <w:proofErr w:type="spellStart"/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ы е д р о б 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 м е ш а н </w:t>
            </w:r>
            <w:proofErr w:type="spellStart"/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ы е д р о б 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 м е ш а н </w:t>
            </w:r>
            <w:proofErr w:type="spellStart"/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proofErr w:type="gram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ы е д р о б 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 https://www.yaklass.ru/p/matematika/5-klass/obyknovennye-drobi13744/sravnenie-</w:t>
            </w: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Умножение обыкновенных 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 w:rsidP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Умножение обыкновенных 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Деление обыкновенных 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 w:rsidP="00515849">
            <w:pPr>
              <w:autoSpaceDE w:val="0"/>
              <w:autoSpaceDN w:val="0"/>
              <w:spacing w:before="98" w:after="0" w:line="262" w:lineRule="auto"/>
              <w:ind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Деление обыкновенных 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Деление обыкновенных 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Деление обыкновенных 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Взаимно-обратные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Решение текстовых задач 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Решение текстовых задач 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Решение текстовых задач 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Решение текстовых задач 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Решение текстовых задач 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Решение текстовых задач 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Задачи на дроби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Задачи на дроби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67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996"/>
        <w:gridCol w:w="895"/>
        <w:gridCol w:w="1574"/>
      </w:tblGrid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100.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100. Задачи на дроби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101.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156" w:right="144" w:hanging="15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Применение букв для записи математических выражений и предложений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103.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103. Контрольная работа №4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 w:rsidP="00515849">
            <w:pPr>
              <w:autoSpaceDE w:val="0"/>
              <w:autoSpaceDN w:val="0"/>
              <w:spacing w:before="100" w:after="0" w:line="262" w:lineRule="auto"/>
              <w:ind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104.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104. Многоугольники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105. Четырехугольник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106. Квадрат, прямоугольник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/>
              <w:ind w:left="576" w:hanging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107. </w:t>
            </w:r>
            <w:proofErr w:type="gram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"Построение прямоугольника с заданными сторонами на нелинованной бумаги</w:t>
            </w:r>
            <w:proofErr w:type="gramEnd"/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Треугольник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217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109.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81" w:lineRule="auto"/>
              <w:ind w:left="576" w:right="288" w:hanging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109. Площадь и периметр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прямоугольников и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многоугольников,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составленных из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прямоугольников, единицы измерения площади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217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110.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100" w:after="0" w:line="281" w:lineRule="auto"/>
              <w:ind w:left="576" w:right="288" w:hanging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110. Площадь и периметр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прямоугольников и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многоугольников,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составленных из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прямоугольников, единицы измерения площади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 w:rsidP="00515849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112.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Периметр многоугольника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113. Контрольная работа №5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31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1032"/>
        <w:gridCol w:w="859"/>
        <w:gridCol w:w="1574"/>
      </w:tblGrid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114.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Представление о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дробях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576"/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115.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Представление о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дробях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116.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Десятичная запись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117.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Десятичная запись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118.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Десятичная запись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119. Сравнение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120. Сравнение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121.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121. Сравнение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122.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122. Сравнение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576" w:right="576" w:hanging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123. Практическая работа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"Сравнение десятичных дробей"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124.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124. Сложение и вычитание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десятичных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125. Сложение и вычитание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десятичных 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126.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100" w:after="0" w:line="262" w:lineRule="auto"/>
              <w:ind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126. Умножение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100" w:after="0" w:line="262" w:lineRule="auto"/>
              <w:ind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127. Умножение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128.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Деление десятичной дроби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 натуральное число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576" w:right="432" w:hanging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129. Практическая работа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"Действия с десятичными дробями"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130. Округление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131.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131. Округление десятичных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дробей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3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1032"/>
        <w:gridCol w:w="859"/>
        <w:gridCol w:w="1574"/>
      </w:tblGrid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132.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576" w:right="432" w:hanging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132. Практическая работа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"Округление десятичных дробей"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133.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133. Контрольная работа №6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134. Решение тестовых задач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135.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135. Решение тестовых задач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136. 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100" w:after="0" w:line="262" w:lineRule="auto"/>
              <w:ind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136. Решение тестовых задач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содержащих дроби 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5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137.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137. Решение тестовых задач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138.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138. Решение тестовых задач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139. Решение тестовых задач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140. Решение тестовых задач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141. Решение тестовых задач </w:t>
            </w:r>
            <w:r w:rsidRPr="009A3733">
              <w:rPr>
                <w:lang w:val="ru-RU"/>
              </w:rPr>
              <w:tab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содержащих дроби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142.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576" w:right="432" w:hanging="576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142. Практическая работа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"Решение тестовых задач содержащих дроби"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143.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143. Задачи с использованием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144.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100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144. Задачи с использованием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145. Задачи с использованием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146. Задачи с использованием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147. Задачи с использованием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148. Задачи с использованием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149.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149. Задачи с использованием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3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1068"/>
        <w:gridCol w:w="823"/>
        <w:gridCol w:w="1574"/>
      </w:tblGrid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74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74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Задачи с использованием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дробей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 Контрольная работа №7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76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76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 Многоугольники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77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Изображение </w:t>
            </w:r>
            <w:r>
              <w:br/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многоугольников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78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Изображение </w:t>
            </w:r>
            <w:r>
              <w:br/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многоугольников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79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Модели пространственных тел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80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80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Прямоугольный </w:t>
            </w:r>
            <w:r>
              <w:br/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паралллеепипед, куб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129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Развертка куба и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параллелепипеда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82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129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82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Развертка куба и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параллелепипеда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https://урок.рф/library/lovkij_tcirkul_ili_lyubov_k_okruzhnostyam_132858.html</w:t>
            </w:r>
          </w:p>
        </w:tc>
      </w:tr>
      <w:tr w:rsidR="00BB1998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83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576" w:right="864" w:hanging="576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183</w:t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Практическая работа "Развертка куба и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параллелепипеда"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84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Объем куба, прямоугольного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параллелепипеда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Операции с натуральными числами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86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86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 Углы, измерение углов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87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87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 Площадь, периметр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RPr="007651CC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88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188.</w:t>
            </w: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Действия с обыкновенными </w:t>
            </w:r>
            <w:r w:rsidRPr="00B9196F">
              <w:rPr>
                <w:lang w:val="ru-RU"/>
              </w:rPr>
              <w:tab/>
            </w: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дробями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rPr>
                <w:lang w:val="ru-RU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Pr="00B9196F" w:rsidRDefault="00BB1998">
            <w:pPr>
              <w:rPr>
                <w:lang w:val="ru-RU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C84A9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  <w:lang w:val="ru-RU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://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урок.рф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library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lovkij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_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tcirkul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_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ili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_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lyubov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_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k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_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okruzhnostyam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_132858.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html</w:t>
            </w:r>
          </w:p>
        </w:tc>
      </w:tr>
      <w:tr w:rsidR="00BB1998" w:rsidRPr="007651CC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89</w:t>
            </w: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189.</w:t>
            </w: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Действия с обыкновенными дробями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rPr>
                <w:lang w:val="ru-RU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Pr="00B9196F" w:rsidRDefault="00BB1998">
            <w:pPr>
              <w:rPr>
                <w:lang w:val="ru-RU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  <w:lang w:val="ru-RU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://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www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.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yaklass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.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ru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p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matematika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/5-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klass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obyknovennye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drobi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13744/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sravnenie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90</w:t>
            </w: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90</w:t>
            </w: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Действия с десятичными </w:t>
            </w:r>
            <w:r w:rsidRPr="00B9196F">
              <w:rPr>
                <w:lang w:val="ru-RU"/>
              </w:rPr>
              <w:tab/>
            </w: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робями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</w:rPr>
            </w:pPr>
          </w:p>
        </w:tc>
      </w:tr>
      <w:tr w:rsidR="00BB1998" w:rsidTr="00BB1998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Действия с десятичными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дробями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https://www.yaklass.ru/p/matematika/5-klass/obyknovennye-drobi13744/delenie-s-ostatkom-poniatie-obyknovennoi-drobi-13674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50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216"/>
        <w:gridCol w:w="734"/>
        <w:gridCol w:w="1620"/>
        <w:gridCol w:w="941"/>
        <w:gridCol w:w="1068"/>
        <w:gridCol w:w="823"/>
        <w:gridCol w:w="1574"/>
      </w:tblGrid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92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92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 Объемные фигуры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515849" w:rsidP="0051584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https://www.yaklass.ru/p/matematika/5-klass/obyknovennye-drobi13744/sravnenie-</w:t>
            </w:r>
          </w:p>
        </w:tc>
      </w:tr>
      <w:tr w:rsidR="00BB1998" w:rsidTr="00BB1998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93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93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Итоговая контрольная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работа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/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Default="00BB1998"/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</w:p>
        </w:tc>
      </w:tr>
      <w:tr w:rsidR="00BB1998" w:rsidRPr="007651CC" w:rsidTr="00BB1998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94-</w:t>
            </w:r>
          </w:p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204.</w:t>
            </w: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71" w:lineRule="auto"/>
              <w:ind w:left="576" w:right="288" w:hanging="576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194</w:t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Повторение основных </w:t>
            </w:r>
            <w:r w:rsidRPr="009A3733">
              <w:rPr>
                <w:lang w:val="ru-RU"/>
              </w:rPr>
              <w:br/>
            </w: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понятий и методов курса 5 класса, </w:t>
            </w:r>
            <w:proofErr w:type="spellStart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обобщениезнаний</w:t>
            </w:r>
            <w:proofErr w:type="spellEnd"/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9196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rPr>
                <w:lang w:val="ru-RU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B1998" w:rsidRPr="00B9196F" w:rsidRDefault="00BB1998">
            <w:pPr>
              <w:rPr>
                <w:lang w:val="ru-RU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15849" w:rsidRPr="00C84A9C" w:rsidRDefault="00515849" w:rsidP="00515849">
            <w:pPr>
              <w:autoSpaceDE w:val="0"/>
              <w:autoSpaceDN w:val="0"/>
              <w:spacing w:before="78" w:after="0" w:line="245" w:lineRule="auto"/>
              <w:ind w:left="72"/>
              <w:rPr>
                <w:sz w:val="20"/>
                <w:szCs w:val="20"/>
                <w:lang w:val="ru-RU"/>
              </w:rPr>
            </w:pP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://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www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.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yaklass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.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ru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p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matematika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/5-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klass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/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obyknovennye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drobi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13744/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delenie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s</w:t>
            </w:r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ostatkom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poniatie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obyknovennoi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</w:t>
            </w:r>
            <w:proofErr w:type="spellStart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drobi</w:t>
            </w:r>
            <w:proofErr w:type="spellEnd"/>
            <w:r w:rsidRPr="00C84A9C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  <w:t>-13674</w:t>
            </w:r>
          </w:p>
          <w:p w:rsidR="00BB1998" w:rsidRPr="00C84A9C" w:rsidRDefault="00BB199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sz w:val="20"/>
                <w:szCs w:val="20"/>
                <w:lang w:val="ru-RU"/>
              </w:rPr>
            </w:pPr>
          </w:p>
        </w:tc>
      </w:tr>
      <w:tr w:rsidR="00BB1998" w:rsidTr="00BB1998">
        <w:trPr>
          <w:trHeight w:hRule="exact" w:val="808"/>
        </w:trPr>
        <w:tc>
          <w:tcPr>
            <w:tcW w:w="3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B1998" w:rsidRPr="009A3733" w:rsidRDefault="00BB1998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9A373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Pr="00B9196F" w:rsidRDefault="00BB1998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204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BB1998" w:rsidRDefault="00BB199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397" w:type="dxa"/>
            <w:gridSpan w:val="2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000000"/>
            </w:tcBorders>
          </w:tcPr>
          <w:p w:rsidR="00BB1998" w:rsidRDefault="00BB1998" w:rsidP="00BB1998">
            <w:pPr>
              <w:autoSpaceDE w:val="0"/>
              <w:autoSpaceDN w:val="0"/>
              <w:spacing w:before="98" w:after="0" w:line="230" w:lineRule="auto"/>
            </w:pPr>
          </w:p>
        </w:tc>
      </w:tr>
    </w:tbl>
    <w:p w:rsidR="002810CB" w:rsidRDefault="002810CB">
      <w:pPr>
        <w:autoSpaceDE w:val="0"/>
        <w:autoSpaceDN w:val="0"/>
        <w:spacing w:after="0" w:line="14" w:lineRule="exact"/>
      </w:pPr>
    </w:p>
    <w:p w:rsidR="002810CB" w:rsidRDefault="002810CB">
      <w:pPr>
        <w:sectPr w:rsidR="002810CB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78" w:line="220" w:lineRule="exact"/>
      </w:pPr>
    </w:p>
    <w:p w:rsidR="002810CB" w:rsidRDefault="009A3733" w:rsidP="00AC7B15">
      <w:pPr>
        <w:autoSpaceDE w:val="0"/>
        <w:autoSpaceDN w:val="0"/>
        <w:spacing w:after="0" w:line="230" w:lineRule="auto"/>
        <w:outlineLvl w:val="0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2810CB" w:rsidRDefault="009A3733" w:rsidP="00AC7B15">
      <w:pPr>
        <w:autoSpaceDE w:val="0"/>
        <w:autoSpaceDN w:val="0"/>
        <w:spacing w:before="346" w:after="0" w:line="230" w:lineRule="auto"/>
        <w:outlineLvl w:val="0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2810CB" w:rsidRPr="009A3733" w:rsidRDefault="009A3733">
      <w:pPr>
        <w:autoSpaceDE w:val="0"/>
        <w:autoSpaceDN w:val="0"/>
        <w:spacing w:before="166" w:after="0" w:line="271" w:lineRule="auto"/>
        <w:ind w:right="576"/>
        <w:rPr>
          <w:lang w:val="ru-RU"/>
        </w:rPr>
      </w:pPr>
      <w:proofErr w:type="spell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Виленкин</w:t>
      </w:r>
      <w:proofErr w:type="spell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Н.Я.,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Жохов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В.И., Чесноков А.С., Александрова Л.А., </w:t>
      </w:r>
      <w:proofErr w:type="spell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Шварцбурд</w:t>
      </w:r>
      <w:proofErr w:type="spell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С.И., Математика, 5 класс, АО "Издательство "Просвещение";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2810CB" w:rsidRPr="009A3733" w:rsidRDefault="009A3733">
      <w:pPr>
        <w:autoSpaceDE w:val="0"/>
        <w:autoSpaceDN w:val="0"/>
        <w:spacing w:before="166" w:after="0" w:line="262" w:lineRule="auto"/>
        <w:ind w:right="576"/>
        <w:rPr>
          <w:lang w:val="ru-RU"/>
        </w:rPr>
      </w:pPr>
      <w:proofErr w:type="spell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Виленкин</w:t>
      </w:r>
      <w:proofErr w:type="spell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Н.Я., 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Жохов</w:t>
      </w:r>
      <w:proofErr w:type="gram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В.И., Чесноков А.С., Александрова Л.А., </w:t>
      </w:r>
      <w:proofErr w:type="spell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Шварцбурд</w:t>
      </w:r>
      <w:proofErr w:type="spell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С.И., Математика, 5 класс, АО "Издательство "Просвещение";</w:t>
      </w:r>
    </w:p>
    <w:p w:rsidR="002810CB" w:rsidRPr="009A3733" w:rsidRDefault="009A3733" w:rsidP="00AC7B15">
      <w:pPr>
        <w:autoSpaceDE w:val="0"/>
        <w:autoSpaceDN w:val="0"/>
        <w:spacing w:before="264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2810CB" w:rsidRPr="009A3733" w:rsidRDefault="009A3733">
      <w:pPr>
        <w:autoSpaceDE w:val="0"/>
        <w:autoSpaceDN w:val="0"/>
        <w:spacing w:before="168" w:after="0" w:line="290" w:lineRule="auto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NATURALNYE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13442/</w:t>
      </w:r>
      <w:r>
        <w:rPr>
          <w:rFonts w:ascii="Times New Roman" w:eastAsia="Times New Roman" w:hAnsi="Times New Roman"/>
          <w:color w:val="000000"/>
          <w:sz w:val="24"/>
        </w:rPr>
        <w:t>DESIATICHNAIA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SISTEMA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SCHISLENIIA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RIMSKAIA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NUMERATCIIA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-13051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NATURALNYE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-13442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NATURALNYE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13442/</w:t>
      </w:r>
      <w:r>
        <w:rPr>
          <w:rFonts w:ascii="Times New Roman" w:eastAsia="Times New Roman" w:hAnsi="Times New Roman"/>
          <w:color w:val="000000"/>
          <w:sz w:val="24"/>
        </w:rPr>
        <w:t>OPREDELENIE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KOORDINATNOGO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LUCHA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-13495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SKYSMART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ARTICLES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MATHEMATIC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SVOJSTVA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SLOZHENIYA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VYCHITANIYA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SUBJECT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LESSON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/7723/</w:t>
      </w:r>
      <w:r>
        <w:rPr>
          <w:rFonts w:ascii="Times New Roman" w:eastAsia="Times New Roman" w:hAnsi="Times New Roman"/>
          <w:color w:val="000000"/>
          <w:sz w:val="24"/>
        </w:rPr>
        <w:t>CONSPECT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/272293/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INTERNETUROK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LESSON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/6-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DELIMOST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CHISEL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DELITELI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KRATNYE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?</w:t>
      </w:r>
      <w:r>
        <w:rPr>
          <w:rFonts w:ascii="Times New Roman" w:eastAsia="Times New Roman" w:hAnsi="Times New Roman"/>
          <w:color w:val="000000"/>
          <w:sz w:val="24"/>
        </w:rPr>
        <w:t>BLOCK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=</w:t>
      </w:r>
      <w:r>
        <w:rPr>
          <w:rFonts w:ascii="Times New Roman" w:eastAsia="Times New Roman" w:hAnsi="Times New Roman"/>
          <w:color w:val="000000"/>
          <w:sz w:val="24"/>
        </w:rPr>
        <w:t>PLAYER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OBYKNOVENNYE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DROBI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13744/</w:t>
      </w:r>
      <w:r>
        <w:rPr>
          <w:rFonts w:ascii="Times New Roman" w:eastAsia="Times New Roman" w:hAnsi="Times New Roman"/>
          <w:color w:val="000000"/>
          <w:sz w:val="24"/>
        </w:rPr>
        <w:t>DELENIE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OSTATKOM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PONIATIE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OBYKNOVENNOI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DROBI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-13672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/6-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NATURALNYE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13968/</w:t>
      </w:r>
      <w:r>
        <w:rPr>
          <w:rFonts w:ascii="Times New Roman" w:eastAsia="Times New Roman" w:hAnsi="Times New Roman"/>
          <w:color w:val="000000"/>
          <w:sz w:val="24"/>
        </w:rPr>
        <w:t>PROSTYE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SOSTAVNYE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RAZLOZHENIE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NATURALNOGO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NA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PROSTYE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MNOZ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_-13984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/6-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NATURALNYE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-13968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DESIATICHNYE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DROBI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-13880/</w:t>
      </w:r>
      <w:r>
        <w:rPr>
          <w:rFonts w:ascii="Times New Roman" w:eastAsia="Times New Roman" w:hAnsi="Times New Roman"/>
          <w:color w:val="000000"/>
          <w:sz w:val="24"/>
        </w:rPr>
        <w:t>STEPEN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NATURALNYM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POKAZATELEM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-13669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SUBJECT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LESSON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/7708/</w:t>
      </w:r>
      <w:r>
        <w:rPr>
          <w:rFonts w:ascii="Times New Roman" w:eastAsia="Times New Roman" w:hAnsi="Times New Roman"/>
          <w:color w:val="000000"/>
          <w:sz w:val="24"/>
        </w:rPr>
        <w:t>CONSPECT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/325181/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NATURALNYE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13442/</w:t>
      </w:r>
      <w:r>
        <w:rPr>
          <w:rFonts w:ascii="Times New Roman" w:eastAsia="Times New Roman" w:hAnsi="Times New Roman"/>
          <w:color w:val="000000"/>
          <w:sz w:val="24"/>
        </w:rPr>
        <w:t>RESHENIE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TEKSTOVYKH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ZADACH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ARIFMETICHESKIM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SPOSOBOM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-13747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NATURALNYE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CHISLA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13442/</w:t>
      </w:r>
      <w:r>
        <w:rPr>
          <w:rFonts w:ascii="Times New Roman" w:eastAsia="Times New Roman" w:hAnsi="Times New Roman"/>
          <w:color w:val="000000"/>
          <w:sz w:val="24"/>
        </w:rPr>
        <w:t>NACHALNYE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GEOMETRICHESKIE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PONIATIIA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PRIAMAIA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OTREZOK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LUCH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LOMANAIA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PRIAMO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_-13390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SUBJECT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LESSON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/7740/</w:t>
      </w:r>
      <w:r>
        <w:rPr>
          <w:rFonts w:ascii="Times New Roman" w:eastAsia="Times New Roman" w:hAnsi="Times New Roman"/>
          <w:color w:val="000000"/>
          <w:sz w:val="24"/>
        </w:rPr>
        <w:t>CONSPECT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/234850/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SUBJECT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LESSON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/7736/</w:t>
      </w:r>
      <w:r>
        <w:rPr>
          <w:rFonts w:ascii="Times New Roman" w:eastAsia="Times New Roman" w:hAnsi="Times New Roman"/>
          <w:color w:val="000000"/>
          <w:sz w:val="24"/>
        </w:rPr>
        <w:t>CONSPECT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/312522/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GEOMETRICHESKIE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FIGURY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-13743/</w:t>
      </w:r>
      <w:r>
        <w:rPr>
          <w:rFonts w:ascii="Times New Roman" w:eastAsia="Times New Roman" w:hAnsi="Times New Roman"/>
          <w:color w:val="000000"/>
          <w:sz w:val="24"/>
        </w:rPr>
        <w:t>UGOL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IZMERENIE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UGLOV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-13410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INTERNETUROK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LESSON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EFFEKTIVNYE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KURSY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UGOL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- </w:t>
      </w:r>
      <w:r>
        <w:rPr>
          <w:rFonts w:ascii="Times New Roman" w:eastAsia="Times New Roman" w:hAnsi="Times New Roman"/>
          <w:color w:val="000000"/>
          <w:sz w:val="24"/>
        </w:rPr>
        <w:t>IZMERENIE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UGLOV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CHAST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-1-</w:t>
      </w:r>
      <w:r>
        <w:rPr>
          <w:rFonts w:ascii="Times New Roman" w:eastAsia="Times New Roman" w:hAnsi="Times New Roman"/>
          <w:color w:val="000000"/>
          <w:sz w:val="24"/>
        </w:rPr>
        <w:t>VIDY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UGLOV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SUBJECT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LESSON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/589/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SUBJECT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LESSON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/2780/</w:t>
      </w:r>
      <w:r>
        <w:rPr>
          <w:rFonts w:ascii="Times New Roman" w:eastAsia="Times New Roman" w:hAnsi="Times New Roman"/>
          <w:color w:val="000000"/>
          <w:sz w:val="24"/>
        </w:rPr>
        <w:t>START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/ </w:t>
      </w:r>
      <w:r w:rsidRPr="009A3733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YAKLASS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MATEMATIKA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/5-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OBYKNOVENNYE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DROBI</w:t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-</w:t>
      </w:r>
    </w:p>
    <w:p w:rsidR="002810CB" w:rsidRDefault="009A3733">
      <w:pPr>
        <w:autoSpaceDE w:val="0"/>
        <w:autoSpaceDN w:val="0"/>
        <w:spacing w:before="406" w:after="0" w:line="271" w:lineRule="auto"/>
        <w:ind w:right="864"/>
      </w:pPr>
      <w:r>
        <w:rPr>
          <w:rFonts w:ascii="Times New Roman" w:eastAsia="Times New Roman" w:hAnsi="Times New Roman"/>
          <w:color w:val="000000"/>
          <w:sz w:val="24"/>
        </w:rPr>
        <w:t xml:space="preserve">13744/DELENIE-S-OSTATKOM-PONIATIE-OBYKNOVENNOI-DROBI-13672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HTTPS://WWW.YAKLASS.RU/P/MATEMATIKA/5-KLASS/OBYKNOVENNYE-DROBI-13744/PRAVILNYE-I-NEPRAVILNYE-DROBI-SMESHANNYE-CHISLA-PONIATIE-ZAPIS-I-</w:t>
      </w:r>
    </w:p>
    <w:p w:rsidR="002810CB" w:rsidRDefault="002810CB">
      <w:pPr>
        <w:sectPr w:rsidR="002810CB">
          <w:pgSz w:w="11900" w:h="16840"/>
          <w:pgMar w:top="298" w:right="650" w:bottom="29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96" w:line="220" w:lineRule="exact"/>
      </w:pPr>
    </w:p>
    <w:p w:rsidR="002810CB" w:rsidRDefault="009A3733">
      <w:pPr>
        <w:autoSpaceDE w:val="0"/>
        <w:autoSpaceDN w:val="0"/>
        <w:spacing w:after="0" w:line="290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CHTENIE-13674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HTTPS://RESH.EDU.RU/SUBJECT/LESSON/705/ HTTPS://WWW.YAKLASS.RU/P/MATEMATIKA/5-KLASS/OBYKNOVENNYE-DROBI- 13744/SRAVNENIE-OBYKNOVENNYKH-DROBEI-13675 HTTPS://WWW.YAKLASS.RU/P/MATEMATIKA/5-KLASS/OBYKNOVENNYE-DROBI-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13744/SLOZHENIE-I-VYCHITANIE-OBYKNOVENNYKH-DROBEI-I-SMESHANNYKH-CHISEL-13676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HTTPS://RESH.EDU.RU/SUBJECT/LESSON/7761/CONSPECT/288261/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HTTPS://WWW.YAKLASS.RU/P/MATEMATIKA/5-KLASS/OBYKNOVENNYE-DROBI-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13744/UMNOZHENIE-I-DELENIE-OBYKNOVENNOI-DROBI-NA-NATURALNOE-CHISLO-13677 HTTPS://RESH.EDU.RU/SUBJECT/LESSON/706/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HTTPS://RESH.EDU.RU/SUBJECT/LESSON/7779/START/287920/"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HTTPS://RESH.EDU.RU/SUBJECT/LESSON/1429/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HTTPS://RESH.EDU.RU/SUBJECT/LESSON/7727/MAIN/325313/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HTTPS://WWW.YAKLASS.RU/P/MATEMATIKA/5-KLASS/GEOMETRICHESKIE-FIGURY-13743/TREUGOLNIK-PLOSHCHAD-TREUGOLNIKA-13425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HTTPS://RESH.EDU.RU/SUBJECT/LESSON/7732/CONSPECT/325582/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HTTPS://RESH.EDU.RU/SUBJECT/LESSON/4270/START/162590/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HTTPS://RESH.EDU.RU/SUBJECT/LESSON/704/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HTTPS://RESH.EDU.RU/SUBJECT/LESSON/718/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HTTPS://WWW.UCHPORTAL.RU/VIDEO/VIC/MATEMATIKA_5_KLASS/DESJATICHNYE_DROBI HTTPS://INTERNETUROK.RU/LESSON/MATEMATIKA/5-KLASS/DESJATICHNYE-DROBI-SLOZHENIE-I-VYCHITANIE-DESJATICHNYH-DROBEJ/OKRUGLENIE-CHISEL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HTTPS://RESH.EDU.RU/SUBJECT/LESSON/7780/START/287889/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HTTPS://RESH.EDU.RU/SUBJECT/LESSON/2780/START/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HTTP://WWW.POSOBIYA.RU/SREDN_SKOOL/MATEM/027/INDEX.HTML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HTTPS://VIDEOUROKI.NET/RAZRABOTKI/PROSTRANSTVENNYE-TELA-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MNOGOGRANNIKI.HTML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HTTPS://WWW.YAKLASS.RU/P/MATEMATIKA/5-KLASS/GEOMETRICHESKIE-TELA-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13832/PRIAMOUGOLNYI-PARALLELEPIPED-OPREDELENIE-SVOISTVA-13545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HTTPS://WWW.YAKLASS.RU/P/MATEMATIKA/5-KLASS/GEOMETRICHESKIE-TELA-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13832/PRIAMOUGOLNYI-PARALLELEPIPED-RAZVERTKA-13552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HTTPS://RESH.EDU.RU/SUBJECT/LESSON/7730/CONSPECT/272355/</w:t>
      </w:r>
    </w:p>
    <w:p w:rsidR="002810CB" w:rsidRDefault="002810CB">
      <w:pPr>
        <w:sectPr w:rsidR="002810CB">
          <w:pgSz w:w="11900" w:h="16840"/>
          <w:pgMar w:top="316" w:right="772" w:bottom="1440" w:left="666" w:header="720" w:footer="720" w:gutter="0"/>
          <w:cols w:space="720" w:equalWidth="0">
            <w:col w:w="10462" w:space="0"/>
          </w:cols>
          <w:docGrid w:linePitch="360"/>
        </w:sectPr>
      </w:pPr>
    </w:p>
    <w:p w:rsidR="002810CB" w:rsidRDefault="002810CB">
      <w:pPr>
        <w:autoSpaceDE w:val="0"/>
        <w:autoSpaceDN w:val="0"/>
        <w:spacing w:after="78" w:line="220" w:lineRule="exact"/>
      </w:pPr>
    </w:p>
    <w:p w:rsidR="002810CB" w:rsidRPr="009A3733" w:rsidRDefault="009A3733" w:rsidP="00AC7B15">
      <w:pPr>
        <w:autoSpaceDE w:val="0"/>
        <w:autoSpaceDN w:val="0"/>
        <w:spacing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2810CB" w:rsidRPr="009A3733" w:rsidRDefault="009A3733" w:rsidP="00AC7B15">
      <w:pPr>
        <w:autoSpaceDE w:val="0"/>
        <w:autoSpaceDN w:val="0"/>
        <w:spacing w:before="346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УЧЕБНОЕ ОБОРУДОВАНИЕ</w:t>
      </w:r>
    </w:p>
    <w:p w:rsidR="002810CB" w:rsidRPr="009A3733" w:rsidRDefault="009A3733">
      <w:pPr>
        <w:autoSpaceDE w:val="0"/>
        <w:autoSpaceDN w:val="0"/>
        <w:spacing w:before="166" w:after="0" w:line="286" w:lineRule="auto"/>
        <w:ind w:right="6912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1. Линейка классная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2. Треугольник классный (45°, 45°)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3. Треугольник классный (30°, 60°)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4. Транспортир классный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5. Циркуль классный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6. Набор классного инструмента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7. Рулетка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8. Мел белый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9. Мел цветной</w:t>
      </w:r>
      <w:proofErr w:type="gram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..</w:t>
      </w:r>
      <w:proofErr w:type="gramEnd"/>
    </w:p>
    <w:p w:rsidR="002810CB" w:rsidRPr="009A3733" w:rsidRDefault="009A3733">
      <w:pPr>
        <w:autoSpaceDE w:val="0"/>
        <w:autoSpaceDN w:val="0"/>
        <w:spacing w:before="406" w:after="0" w:line="262" w:lineRule="auto"/>
        <w:ind w:right="576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Модели для изучения геометрических фигур – части целого на круге, тригонометрический круг, </w:t>
      </w:r>
      <w:proofErr w:type="spellStart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стереометричный</w:t>
      </w:r>
      <w:proofErr w:type="spellEnd"/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 набор, наборы геометрических моделей и фигур с разверткой.</w:t>
      </w:r>
    </w:p>
    <w:p w:rsidR="002810CB" w:rsidRPr="009A3733" w:rsidRDefault="009A3733">
      <w:pPr>
        <w:autoSpaceDE w:val="0"/>
        <w:autoSpaceDN w:val="0"/>
        <w:spacing w:before="406" w:after="0" w:line="262" w:lineRule="auto"/>
        <w:ind w:right="288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Печатные материалы для раздачи на уроках – портреты выдающихся ученых в области математики, дидактические материалы по алгебре и геометрии, комплекты таблиц.</w:t>
      </w:r>
    </w:p>
    <w:p w:rsidR="002810CB" w:rsidRPr="009A3733" w:rsidRDefault="009A3733">
      <w:pPr>
        <w:autoSpaceDE w:val="0"/>
        <w:autoSpaceDN w:val="0"/>
        <w:spacing w:before="406" w:after="0" w:line="262" w:lineRule="auto"/>
        <w:rPr>
          <w:lang w:val="ru-RU"/>
        </w:rPr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>Технические средства обучения компьютер преподавателя, мультимедийный проектор, интерактивная доска.</w:t>
      </w:r>
    </w:p>
    <w:p w:rsidR="002810CB" w:rsidRPr="009A3733" w:rsidRDefault="009A3733" w:rsidP="00AC7B15">
      <w:pPr>
        <w:autoSpaceDE w:val="0"/>
        <w:autoSpaceDN w:val="0"/>
        <w:spacing w:before="262" w:after="0" w:line="230" w:lineRule="auto"/>
        <w:outlineLvl w:val="0"/>
        <w:rPr>
          <w:lang w:val="ru-RU"/>
        </w:rPr>
      </w:pPr>
      <w:r w:rsidRPr="009A3733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ЛАБОРАТОРНЫХ И ПРАКТИЧЕСКИХ РАБОТ</w:t>
      </w:r>
    </w:p>
    <w:p w:rsidR="002810CB" w:rsidRDefault="009A3733">
      <w:pPr>
        <w:autoSpaceDE w:val="0"/>
        <w:autoSpaceDN w:val="0"/>
        <w:spacing w:before="166" w:after="0" w:line="286" w:lineRule="auto"/>
        <w:ind w:right="6912"/>
      </w:pP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1. Линейка классная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2. Треугольник классный (45°, 45°)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3. Треугольник классный (30°, 60°)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4. Транспортир классный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5. Циркуль классный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6. Набор классного инструмента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7. Рулетка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8. Мел белый </w:t>
      </w:r>
      <w:r w:rsidRPr="009A3733">
        <w:rPr>
          <w:lang w:val="ru-RU"/>
        </w:rPr>
        <w:br/>
      </w:r>
      <w:r w:rsidRPr="009A3733">
        <w:rPr>
          <w:rFonts w:ascii="Times New Roman" w:eastAsia="Times New Roman" w:hAnsi="Times New Roman"/>
          <w:color w:val="000000"/>
          <w:sz w:val="24"/>
          <w:lang w:val="ru-RU"/>
        </w:rPr>
        <w:t xml:space="preserve">9.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Мел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цветной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>.</w:t>
      </w:r>
    </w:p>
    <w:p w:rsidR="002810CB" w:rsidRDefault="002810CB">
      <w:pPr>
        <w:sectPr w:rsidR="002810CB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A3733" w:rsidRDefault="009A3733"/>
    <w:sectPr w:rsidR="009A3733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998" w:rsidRDefault="00BB1998" w:rsidP="00115329">
      <w:pPr>
        <w:spacing w:after="0" w:line="240" w:lineRule="auto"/>
      </w:pPr>
      <w:r>
        <w:separator/>
      </w:r>
    </w:p>
  </w:endnote>
  <w:endnote w:type="continuationSeparator" w:id="0">
    <w:p w:rsidR="00BB1998" w:rsidRDefault="00BB1998" w:rsidP="00115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998" w:rsidRDefault="00BB1998" w:rsidP="00115329">
      <w:pPr>
        <w:spacing w:after="0" w:line="240" w:lineRule="auto"/>
      </w:pPr>
      <w:r>
        <w:separator/>
      </w:r>
    </w:p>
  </w:footnote>
  <w:footnote w:type="continuationSeparator" w:id="0">
    <w:p w:rsidR="00BB1998" w:rsidRDefault="00BB1998" w:rsidP="00115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47730"/>
    <w:rsid w:val="00000217"/>
    <w:rsid w:val="00034616"/>
    <w:rsid w:val="0006063C"/>
    <w:rsid w:val="00115329"/>
    <w:rsid w:val="0015074B"/>
    <w:rsid w:val="00222A22"/>
    <w:rsid w:val="00261CF9"/>
    <w:rsid w:val="002810CB"/>
    <w:rsid w:val="0029639D"/>
    <w:rsid w:val="00326F90"/>
    <w:rsid w:val="00515849"/>
    <w:rsid w:val="00687ED1"/>
    <w:rsid w:val="007651CC"/>
    <w:rsid w:val="007860B2"/>
    <w:rsid w:val="007F41EA"/>
    <w:rsid w:val="008F3357"/>
    <w:rsid w:val="009A3733"/>
    <w:rsid w:val="00AA1D8D"/>
    <w:rsid w:val="00AC1A8F"/>
    <w:rsid w:val="00AC7B15"/>
    <w:rsid w:val="00B4428F"/>
    <w:rsid w:val="00B47730"/>
    <w:rsid w:val="00B9196F"/>
    <w:rsid w:val="00BB1998"/>
    <w:rsid w:val="00C50A2F"/>
    <w:rsid w:val="00C5606E"/>
    <w:rsid w:val="00C84A9C"/>
    <w:rsid w:val="00CA24EB"/>
    <w:rsid w:val="00CB0664"/>
    <w:rsid w:val="00CC74D6"/>
    <w:rsid w:val="00CE338B"/>
    <w:rsid w:val="00E01AF7"/>
    <w:rsid w:val="00E549C8"/>
    <w:rsid w:val="00F63A9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Document Map"/>
    <w:basedOn w:val="a1"/>
    <w:link w:val="aff9"/>
    <w:uiPriority w:val="99"/>
    <w:semiHidden/>
    <w:unhideWhenUsed/>
    <w:rsid w:val="00AC7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Схема документа Знак"/>
    <w:basedOn w:val="a2"/>
    <w:link w:val="aff8"/>
    <w:uiPriority w:val="99"/>
    <w:semiHidden/>
    <w:rsid w:val="00AC7B15"/>
    <w:rPr>
      <w:rFonts w:ascii="Tahoma" w:hAnsi="Tahoma" w:cs="Tahoma"/>
      <w:sz w:val="16"/>
      <w:szCs w:val="16"/>
    </w:rPr>
  </w:style>
  <w:style w:type="paragraph" w:styleId="affa">
    <w:name w:val="Normal (Web)"/>
    <w:basedOn w:val="a1"/>
    <w:uiPriority w:val="99"/>
    <w:semiHidden/>
    <w:unhideWhenUsed/>
    <w:rsid w:val="00115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1"/>
    <w:uiPriority w:val="1"/>
    <w:qFormat/>
    <w:rsid w:val="007651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F16304-B810-471B-8660-8BCFB2DAF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31</Pages>
  <Words>8721</Words>
  <Characters>49715</Characters>
  <Application>Microsoft Office Word</Application>
  <DocSecurity>0</DocSecurity>
  <Lines>414</Lines>
  <Paragraphs>116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58320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10</cp:revision>
  <cp:lastPrinted>2023-03-12T08:00:00Z</cp:lastPrinted>
  <dcterms:created xsi:type="dcterms:W3CDTF">2013-12-23T23:15:00Z</dcterms:created>
  <dcterms:modified xsi:type="dcterms:W3CDTF">2023-03-13T05:03:00Z</dcterms:modified>
  <cp:category/>
</cp:coreProperties>
</file>